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F16A3" w14:textId="77777777" w:rsidR="00036D1B" w:rsidRPr="003273FB" w:rsidRDefault="00000000">
      <w:pPr>
        <w:jc w:val="right"/>
        <w:rPr>
          <w:lang w:val="pl-PL"/>
        </w:rPr>
      </w:pPr>
      <w:r w:rsidRPr="003273FB">
        <w:rPr>
          <w:sz w:val="20"/>
          <w:lang w:val="pl-PL"/>
        </w:rPr>
        <w:t>Załącznik Nr 1</w:t>
      </w:r>
    </w:p>
    <w:p w14:paraId="6E743FF5" w14:textId="32ABA56B" w:rsidR="00036D1B" w:rsidRPr="003273FB" w:rsidRDefault="00000000">
      <w:pPr>
        <w:jc w:val="right"/>
        <w:rPr>
          <w:lang w:val="pl-PL"/>
        </w:rPr>
      </w:pPr>
      <w:r w:rsidRPr="003273FB">
        <w:rPr>
          <w:sz w:val="20"/>
          <w:lang w:val="pl-PL"/>
        </w:rPr>
        <w:t xml:space="preserve">do Zarządzenia Nr </w:t>
      </w:r>
      <w:r w:rsidR="00581E3A" w:rsidRPr="003273FB">
        <w:rPr>
          <w:sz w:val="20"/>
          <w:lang w:val="pl-PL"/>
        </w:rPr>
        <w:t>140</w:t>
      </w:r>
      <w:r w:rsidRPr="003273FB">
        <w:rPr>
          <w:sz w:val="20"/>
          <w:lang w:val="pl-PL"/>
        </w:rPr>
        <w:t>/2026</w:t>
      </w:r>
    </w:p>
    <w:p w14:paraId="7CC6848C" w14:textId="77777777" w:rsidR="00036D1B" w:rsidRPr="003273FB" w:rsidRDefault="00000000">
      <w:pPr>
        <w:jc w:val="right"/>
        <w:rPr>
          <w:lang w:val="pl-PL"/>
        </w:rPr>
      </w:pPr>
      <w:r w:rsidRPr="003273FB">
        <w:rPr>
          <w:sz w:val="20"/>
          <w:lang w:val="pl-PL"/>
        </w:rPr>
        <w:t>Wójta Gminy Gródek nad Dunajcem</w:t>
      </w:r>
    </w:p>
    <w:p w14:paraId="66D7FA73" w14:textId="77777777" w:rsidR="00036D1B" w:rsidRPr="003273FB" w:rsidRDefault="00000000">
      <w:pPr>
        <w:jc w:val="right"/>
        <w:rPr>
          <w:lang w:val="pl-PL"/>
        </w:rPr>
      </w:pPr>
      <w:r w:rsidRPr="003273FB">
        <w:rPr>
          <w:sz w:val="20"/>
          <w:lang w:val="pl-PL"/>
        </w:rPr>
        <w:t>z dnia 12 października 2026 r.</w:t>
      </w:r>
    </w:p>
    <w:p w14:paraId="06AFF6E8" w14:textId="77777777" w:rsidR="00036D1B" w:rsidRPr="003273FB" w:rsidRDefault="00036D1B">
      <w:pPr>
        <w:spacing w:after="400"/>
        <w:jc w:val="both"/>
        <w:rPr>
          <w:lang w:val="pl-PL"/>
        </w:rPr>
      </w:pPr>
    </w:p>
    <w:p w14:paraId="279FCFB1" w14:textId="77777777" w:rsidR="00036D1B" w:rsidRPr="003273FB" w:rsidRDefault="00000000">
      <w:pPr>
        <w:spacing w:after="280"/>
        <w:jc w:val="center"/>
        <w:rPr>
          <w:lang w:val="pl-PL"/>
        </w:rPr>
      </w:pPr>
      <w:r w:rsidRPr="003273FB">
        <w:rPr>
          <w:b/>
          <w:sz w:val="28"/>
          <w:lang w:val="pl-PL"/>
        </w:rPr>
        <w:t>OGŁOSZENIE</w:t>
      </w:r>
    </w:p>
    <w:p w14:paraId="38EF6FA0" w14:textId="77777777" w:rsidR="00036D1B" w:rsidRPr="003273FB" w:rsidRDefault="00000000">
      <w:pPr>
        <w:spacing w:after="320"/>
        <w:jc w:val="center"/>
        <w:rPr>
          <w:lang w:val="pl-PL"/>
        </w:rPr>
      </w:pPr>
      <w:r w:rsidRPr="003273FB">
        <w:rPr>
          <w:b/>
          <w:lang w:val="pl-PL"/>
        </w:rPr>
        <w:t>Wójt Gminy Gródek nad Dunajcem ogłasza otwarty konkurs ofert na realizację zadania publicznego z zakresu pomocy społecznej pod nazwą: „Realizacja usług społecznych na terenie Gminy Gródek nad Dunajcem”.</w:t>
      </w:r>
    </w:p>
    <w:p w14:paraId="549A1B0D" w14:textId="77777777" w:rsidR="00036D1B" w:rsidRPr="003273FB" w:rsidRDefault="00000000">
      <w:pPr>
        <w:keepNext/>
        <w:spacing w:before="200" w:after="40"/>
        <w:jc w:val="center"/>
        <w:rPr>
          <w:lang w:val="pl-PL"/>
        </w:rPr>
      </w:pPr>
      <w:r w:rsidRPr="003273FB">
        <w:rPr>
          <w:b/>
          <w:lang w:val="pl-PL"/>
        </w:rPr>
        <w:t>§ 1</w:t>
      </w:r>
    </w:p>
    <w:p w14:paraId="370C97F7" w14:textId="77777777" w:rsidR="00036D1B" w:rsidRPr="003273FB" w:rsidRDefault="00000000">
      <w:pPr>
        <w:spacing w:after="160"/>
        <w:jc w:val="center"/>
        <w:rPr>
          <w:lang w:val="pl-PL"/>
        </w:rPr>
      </w:pPr>
      <w:r w:rsidRPr="003273FB">
        <w:rPr>
          <w:b/>
          <w:lang w:val="pl-PL"/>
        </w:rPr>
        <w:t>Podstawa prawna / inne dokumenty obowiązujące</w:t>
      </w:r>
    </w:p>
    <w:p w14:paraId="792EBB30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1.  Ustawa z dnia 8 marca 1990 r. o samorządzie gminnym (t.j. Dz. U. z 2026 r. poz. 662, zm. poz. 912);</w:t>
      </w:r>
    </w:p>
    <w:p w14:paraId="10D02630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2.  Ustawa z dnia 24 kwietnia 2003 r. o działalności pożytku publicznego i o wolontariacie (t.j. Dz. U. z 2025 r. poz. 1338, zm. Dz. U. z 2026 r. poz. 1040);</w:t>
      </w:r>
    </w:p>
    <w:p w14:paraId="1C55BBC2" w14:textId="74D6780A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3. Rozporządzenie Przewodniczącego Komitetu do spraw Pożytku Publicznego z dnia 24 października 2018 r. w sprawie wzorów ofert i ramowych wzorów umów dotyczących realizacji zadań publicznych oraz wzorów sprawozdań z wykonania tych zadań (Dz. U. z 2018 r. poz. 2057) – utrzymane w mocy do dnia wejścia w życie przepisów wykonawczych wydanych na podstawie ustawy, o której mowa w pkt 2, w brzmieniu obowiązującym od dnia 1 września 2026 r.;</w:t>
      </w:r>
    </w:p>
    <w:p w14:paraId="2010BD6C" w14:textId="31E03F28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4.  Ustawa z dnia 27 sierpnia 2009 r. o finansach publicznych (t.j. Dz. U. z 2025 r. poz. 1483</w:t>
      </w:r>
      <w:r w:rsidR="002A6EA0" w:rsidRPr="003273FB">
        <w:rPr>
          <w:lang w:val="pl-PL"/>
        </w:rPr>
        <w:t>, Dz. U. 2026 poz. 912</w:t>
      </w:r>
      <w:r w:rsidRPr="003273FB">
        <w:rPr>
          <w:lang w:val="pl-PL"/>
        </w:rPr>
        <w:t>);</w:t>
      </w:r>
    </w:p>
    <w:p w14:paraId="3D3F97B3" w14:textId="7A070234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5.  Ustawa z dnia 12 marca 2004 r. o pomocy społecznej (t.j. Dz. U. z 2026 r. poz. 639, zm. poz. 974</w:t>
      </w:r>
      <w:r w:rsidR="002A6EA0" w:rsidRPr="003273FB">
        <w:rPr>
          <w:lang w:val="pl-PL"/>
        </w:rPr>
        <w:t>, poz. 986</w:t>
      </w:r>
      <w:r w:rsidRPr="003273FB">
        <w:rPr>
          <w:lang w:val="pl-PL"/>
        </w:rPr>
        <w:t>);</w:t>
      </w:r>
    </w:p>
    <w:p w14:paraId="4BAB8219" w14:textId="253A0C44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6.  Ustawa z dnia 29 lipca 2005 r. o przeciwdziałaniu przemocy domowej (t.j. Dz. U. z 2024 r. poz. 1673</w:t>
      </w:r>
      <w:r w:rsidR="002A6EA0" w:rsidRPr="003273FB">
        <w:rPr>
          <w:lang w:val="pl-PL"/>
        </w:rPr>
        <w:t>, Dz.U. 2026 poz. 160</w:t>
      </w:r>
      <w:r w:rsidRPr="003273FB">
        <w:rPr>
          <w:lang w:val="pl-PL"/>
        </w:rPr>
        <w:t>);</w:t>
      </w:r>
    </w:p>
    <w:p w14:paraId="0DAACB48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7.  Wytyczne dotyczące kwalifikowalności wydatków na lata 2021–2027.</w:t>
      </w:r>
    </w:p>
    <w:p w14:paraId="6C454698" w14:textId="77777777" w:rsidR="00036D1B" w:rsidRPr="003273FB" w:rsidRDefault="00036D1B">
      <w:pPr>
        <w:spacing w:after="160"/>
        <w:jc w:val="both"/>
        <w:rPr>
          <w:lang w:val="pl-PL"/>
        </w:rPr>
      </w:pPr>
    </w:p>
    <w:p w14:paraId="38B23353" w14:textId="77777777" w:rsidR="00036D1B" w:rsidRPr="003273FB" w:rsidRDefault="00000000">
      <w:pPr>
        <w:keepNext/>
        <w:spacing w:before="200" w:after="40"/>
        <w:jc w:val="center"/>
        <w:rPr>
          <w:lang w:val="pl-PL"/>
        </w:rPr>
      </w:pPr>
      <w:r w:rsidRPr="003273FB">
        <w:rPr>
          <w:b/>
          <w:lang w:val="pl-PL"/>
        </w:rPr>
        <w:t>§ 2</w:t>
      </w:r>
    </w:p>
    <w:p w14:paraId="2767C59B" w14:textId="77777777" w:rsidR="00036D1B" w:rsidRPr="003273FB" w:rsidRDefault="00000000">
      <w:pPr>
        <w:spacing w:after="160"/>
        <w:jc w:val="center"/>
        <w:rPr>
          <w:lang w:val="pl-PL"/>
        </w:rPr>
      </w:pPr>
      <w:r w:rsidRPr="003273FB">
        <w:rPr>
          <w:b/>
          <w:lang w:val="pl-PL"/>
        </w:rPr>
        <w:t>Przedmiot zadania</w:t>
      </w:r>
    </w:p>
    <w:p w14:paraId="5314859A" w14:textId="77777777" w:rsidR="00036D1B" w:rsidRPr="003273FB" w:rsidRDefault="00000000">
      <w:pPr>
        <w:spacing w:after="280"/>
        <w:jc w:val="both"/>
        <w:rPr>
          <w:lang w:val="pl-PL"/>
        </w:rPr>
      </w:pPr>
      <w:r w:rsidRPr="003273FB">
        <w:rPr>
          <w:lang w:val="pl-PL"/>
        </w:rPr>
        <w:t>Przedmiotem konkursu jest powierzenie realizacji zadania publicznego z zakresu pomocy społecznej, pod nazwą: „Realizacja usług społecznych na terenie Gminy Gródek nad Dunajcem”. Zadanie zlecane jest w formie powierzenia realizacji zadania publicznego, o której mowa w art. 5 ust. 4 pkt 1 ustawy z dnia 24 kwietnia 2003 r. o działalności pożytku publicznego i o wolontariacie – przyznana dotacja pokrywa 100% kosztów realizacji zadania, a Oferent nie ma obowiązku wniesienia wkładu własnego finansowego.</w:t>
      </w:r>
    </w:p>
    <w:p w14:paraId="55564AEC" w14:textId="77777777" w:rsidR="00036D1B" w:rsidRPr="003273FB" w:rsidRDefault="00000000">
      <w:pPr>
        <w:keepNext/>
        <w:spacing w:before="200" w:after="40"/>
        <w:jc w:val="center"/>
        <w:rPr>
          <w:lang w:val="pl-PL"/>
        </w:rPr>
      </w:pPr>
      <w:r w:rsidRPr="003273FB">
        <w:rPr>
          <w:b/>
          <w:lang w:val="pl-PL"/>
        </w:rPr>
        <w:t>§ 3</w:t>
      </w:r>
    </w:p>
    <w:p w14:paraId="6A8521BD" w14:textId="77777777" w:rsidR="00036D1B" w:rsidRPr="003273FB" w:rsidRDefault="00000000">
      <w:pPr>
        <w:spacing w:after="160"/>
        <w:jc w:val="center"/>
        <w:rPr>
          <w:lang w:val="pl-PL"/>
        </w:rPr>
      </w:pPr>
      <w:r w:rsidRPr="003273FB">
        <w:rPr>
          <w:b/>
          <w:lang w:val="pl-PL"/>
        </w:rPr>
        <w:t>Wysokość środków publicznych przeznaczonych na realizację zadania</w:t>
      </w:r>
    </w:p>
    <w:p w14:paraId="50027CD7" w14:textId="77777777" w:rsidR="00246077" w:rsidRPr="0054671A" w:rsidRDefault="00000000" w:rsidP="00246077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 xml:space="preserve">1. </w:t>
      </w:r>
      <w:r w:rsidR="00246077" w:rsidRPr="0054671A">
        <w:rPr>
          <w:lang w:val="pl-PL"/>
        </w:rPr>
        <w:t>W ramach niniejszego konkursu przeznacza się na realizację zadania środki publiczne w wysokości 630 600,00 zł (słownie: sześćset trzydzieści tysięcy sześćset złotych 00/100), w tym: w roku 2027 – 327 300,00 zł, w roku 2028 – 303 300,00 zł.</w:t>
      </w:r>
    </w:p>
    <w:p w14:paraId="23DF3E60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lastRenderedPageBreak/>
        <w:t>2.  Kwota przeznaczona na konkurs będzie współfinansowana ze środków Europejskiego Funduszu Społecznego Plus i budżetu państwa w ramach projektu grantowego pt. „Premia społeczna”.</w:t>
      </w:r>
    </w:p>
    <w:p w14:paraId="4668B993" w14:textId="396D8BB5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 xml:space="preserve">3.  Informacja o zadaniach publicznych tego samego rodzaju zrealizowanych w roku ogłoszenia konkursu i w roku poprzednim oraz o związanych z nimi kosztach: usługi społeczne zlecone podmiotom ekonomii społecznej w trybie zamówień – w roku 2026 – </w:t>
      </w:r>
      <w:r w:rsidR="0053406F" w:rsidRPr="003273FB">
        <w:rPr>
          <w:lang w:val="pl-PL"/>
        </w:rPr>
        <w:t>186 340,00</w:t>
      </w:r>
      <w:r w:rsidRPr="003273FB">
        <w:rPr>
          <w:lang w:val="pl-PL"/>
        </w:rPr>
        <w:t xml:space="preserve"> zł, w roku 2025 – 33 300,00 zł; dotacje przekazane organizacjom pozarządowym i podmiotom, o których mowa w art. 3 ust. 3 ustawy, na zadania tego rodzaju: w roku 2026 – 0,00 zł, w roku 2025 – 0,00 zł.</w:t>
      </w:r>
    </w:p>
    <w:p w14:paraId="3AA407EE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4.  Konkurs ogłasza się na podstawie art. 13 ust. 5 ustawy o działalności pożytku publicznego i o wolontariacie – w oparciu o projekt uchwały budżetowej Gminy Gródek nad Dunajcem na rok 2027. Gmina Gródek nad Dunajcem ma zabezpieczone w budżecie wyłącznie środki stanowiące wkład własny do projektu, o którym mowa w pkt 2; udzielenie dotacji w wysokości wskazanej w pkt 1 jest uzależnione od uzyskania przez Gminę Gródek nad Dunajcem dofinansowania w ramach tego projektu oraz od ujęcia środków w uchwale budżetowej.</w:t>
      </w:r>
    </w:p>
    <w:p w14:paraId="41D112E6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5.  Rozstrzygnięcie konkursu i wybór oferty nastąpią przed złożeniem przez Gminę Gródek nad Dunajcem wniosku o przyznanie grantu; dokument potwierdzający wybór oferenta wraz z ofertą stanowi załącznik do tego wniosku. W przypadku nieuzyskania dofinansowania, o którym mowa w pkt 4, albo przyznania go w wysokości uniemożliwiającej realizację zadania w zakresie wynikającym z niniejszego ogłoszenia, umowa z wyłonionym oferentem nie zostanie zawarta, a wybór oferty nie rodzi po stronie oferenta roszczenia o jej zawarcie ani o zwrot kosztów przygotowania oferty. Złożenie oferty jest równoznaczne z akceptacją tego warunku.</w:t>
      </w:r>
    </w:p>
    <w:p w14:paraId="0CCEC871" w14:textId="77777777" w:rsidR="00036D1B" w:rsidRPr="003273FB" w:rsidRDefault="00036D1B">
      <w:pPr>
        <w:spacing w:after="160"/>
        <w:jc w:val="both"/>
        <w:rPr>
          <w:lang w:val="pl-PL"/>
        </w:rPr>
      </w:pPr>
    </w:p>
    <w:p w14:paraId="73EC4414" w14:textId="77777777" w:rsidR="00036D1B" w:rsidRPr="003273FB" w:rsidRDefault="00000000">
      <w:pPr>
        <w:keepNext/>
        <w:spacing w:before="200" w:after="40"/>
        <w:jc w:val="center"/>
        <w:rPr>
          <w:lang w:val="pl-PL"/>
        </w:rPr>
      </w:pPr>
      <w:r w:rsidRPr="003273FB">
        <w:rPr>
          <w:b/>
          <w:lang w:val="pl-PL"/>
        </w:rPr>
        <w:t>§ 4</w:t>
      </w:r>
    </w:p>
    <w:p w14:paraId="49FCB9D6" w14:textId="77777777" w:rsidR="00036D1B" w:rsidRPr="003273FB" w:rsidRDefault="00000000">
      <w:pPr>
        <w:spacing w:after="160"/>
        <w:jc w:val="center"/>
        <w:rPr>
          <w:lang w:val="pl-PL"/>
        </w:rPr>
      </w:pPr>
      <w:r w:rsidRPr="003273FB">
        <w:rPr>
          <w:b/>
          <w:lang w:val="pl-PL"/>
        </w:rPr>
        <w:t>Zasady przyznawania środków publicznych</w:t>
      </w:r>
    </w:p>
    <w:p w14:paraId="7F722945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1.  Wójt Gminy Gródek nad Dunajcem dokona wyboru oferty i powierzy realizację zadania w drodze umowy. Wzór umowy stanowi załącznik do rozporządzenia Przewodniczącego Komitetu do spraw Pożytku Publicznego z dnia 24 października 2018 r. w sprawie wzorów ofert i ramowych wzorów umów dotyczących realizacji zadań publicznych oraz wzorów sprawozdań z wykonania tych zadań (Dz. U. z 2018 r. poz. 2057). Umowa zostanie zawarta na ramowym wzorze umowy właściwym dla niniejszego konkursu, z uwzględnieniem przepisów przejściowych przepisów wykonawczych obowiązujących w dniu jej zawarcia.</w:t>
      </w:r>
    </w:p>
    <w:p w14:paraId="59A636CC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2.  Dotacja na realizację zadania zostanie przyznana Oferentowi na warunkach określonych w umowie.</w:t>
      </w:r>
    </w:p>
    <w:p w14:paraId="49D060EA" w14:textId="4F0C26C3" w:rsidR="00246077" w:rsidRPr="003273FB" w:rsidRDefault="00000000" w:rsidP="00246077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3.  Udzielenie dotacji jest uzależnione od ujęcia zadania publicznego objętego konkursem w rocznym programie współpracy Gminy Gródek nad Dunajcem z organizacjami pozarządowymi oraz podmiotami wymienionymi w art. 3 ust. 3 ustawy o działalności pożytku publicznego i o wolontariacie, uchwalonym przez Radę Gminy na rok 2027</w:t>
      </w:r>
      <w:r w:rsidR="003A2993" w:rsidRPr="003273FB">
        <w:rPr>
          <w:lang w:val="pl-PL"/>
        </w:rPr>
        <w:t xml:space="preserve"> oraz na rok 2028</w:t>
      </w:r>
      <w:r w:rsidRPr="003273FB">
        <w:rPr>
          <w:lang w:val="pl-PL"/>
        </w:rPr>
        <w:t>, oraz od zabezpieczenia środków na realizację zadania w uchwale budżetowej Gminy Gródek nad Dunajcem na dany rok realizacji zadania</w:t>
      </w:r>
      <w:r w:rsidR="00246077" w:rsidRPr="003273FB">
        <w:rPr>
          <w:lang w:val="pl-PL"/>
        </w:rPr>
        <w:t>.</w:t>
      </w:r>
    </w:p>
    <w:p w14:paraId="1A480BC4" w14:textId="1BB671B7" w:rsidR="00246077" w:rsidRPr="003273FB" w:rsidRDefault="00246077" w:rsidP="00246077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 xml:space="preserve">4.  </w:t>
      </w:r>
      <w:r w:rsidRPr="0054671A">
        <w:rPr>
          <w:lang w:val="pl-PL"/>
        </w:rPr>
        <w:t>Wypłata dotacji w części przypadającej na rok 2028 nastąpi pod warunkiem zabezpieczenia środków na ten cel w uchwale budżetowej Gminy Gródek nad Dunajcem na ten rok; w przypadku ich niezabezpieczenia umowa może zostać odpowiednio zmieniona lub rozwiązana, bez prawa oferenta do roszczeń odszkodowawczych.</w:t>
      </w:r>
    </w:p>
    <w:p w14:paraId="2F8B9E63" w14:textId="77777777" w:rsidR="00246077" w:rsidRPr="003273FB" w:rsidRDefault="00246077">
      <w:pPr>
        <w:spacing w:after="80"/>
        <w:ind w:left="510" w:hanging="312"/>
        <w:jc w:val="both"/>
        <w:rPr>
          <w:lang w:val="pl-PL"/>
        </w:rPr>
      </w:pPr>
    </w:p>
    <w:p w14:paraId="2C22865B" w14:textId="77777777" w:rsidR="0010499C" w:rsidRDefault="0010499C">
      <w:pPr>
        <w:spacing w:after="200"/>
        <w:rPr>
          <w:b/>
          <w:lang w:val="pl-PL"/>
        </w:rPr>
      </w:pPr>
      <w:r>
        <w:rPr>
          <w:b/>
          <w:lang w:val="pl-PL"/>
        </w:rPr>
        <w:br w:type="page"/>
      </w:r>
    </w:p>
    <w:p w14:paraId="4A2B45ED" w14:textId="3B3CF227" w:rsidR="00036D1B" w:rsidRPr="003273FB" w:rsidRDefault="00000000">
      <w:pPr>
        <w:keepNext/>
        <w:spacing w:before="200" w:after="40"/>
        <w:jc w:val="center"/>
        <w:rPr>
          <w:lang w:val="pl-PL"/>
        </w:rPr>
      </w:pPr>
      <w:r w:rsidRPr="003273FB">
        <w:rPr>
          <w:b/>
          <w:lang w:val="pl-PL"/>
        </w:rPr>
        <w:lastRenderedPageBreak/>
        <w:t>§ 5</w:t>
      </w:r>
    </w:p>
    <w:p w14:paraId="79267C7F" w14:textId="77777777" w:rsidR="00036D1B" w:rsidRPr="003273FB" w:rsidRDefault="00000000">
      <w:pPr>
        <w:spacing w:after="160"/>
        <w:jc w:val="center"/>
        <w:rPr>
          <w:lang w:val="pl-PL"/>
        </w:rPr>
      </w:pPr>
      <w:r w:rsidRPr="003273FB">
        <w:rPr>
          <w:b/>
          <w:lang w:val="pl-PL"/>
        </w:rPr>
        <w:t>Uczestnicy konkursu</w:t>
      </w:r>
    </w:p>
    <w:p w14:paraId="54830773" w14:textId="77777777" w:rsidR="00036D1B" w:rsidRPr="003273FB" w:rsidRDefault="00000000">
      <w:pPr>
        <w:spacing w:after="280"/>
        <w:jc w:val="both"/>
        <w:rPr>
          <w:lang w:val="pl-PL"/>
        </w:rPr>
      </w:pPr>
      <w:r w:rsidRPr="003273FB">
        <w:rPr>
          <w:lang w:val="pl-PL"/>
        </w:rPr>
        <w:t>Do złożenia ofert uprawnione są organizacje pozarządowe oraz podmioty wymienione w art. 3 ust. 3 ustawy z dnia 24 kwietnia 2003 r. o działalności pożytku publicznego i o wolontariacie (t.j. Dz. U. z 2025 r. poz. 1338, zm. Dz. U. z 2026 r. poz. 1040).</w:t>
      </w:r>
    </w:p>
    <w:p w14:paraId="41C1B599" w14:textId="77777777" w:rsidR="00036D1B" w:rsidRPr="003273FB" w:rsidRDefault="00000000">
      <w:pPr>
        <w:keepNext/>
        <w:spacing w:before="200" w:after="40"/>
        <w:jc w:val="center"/>
        <w:rPr>
          <w:lang w:val="pl-PL"/>
        </w:rPr>
      </w:pPr>
      <w:r w:rsidRPr="003273FB">
        <w:rPr>
          <w:b/>
          <w:lang w:val="pl-PL"/>
        </w:rPr>
        <w:t>§ 6</w:t>
      </w:r>
    </w:p>
    <w:p w14:paraId="3F607ADC" w14:textId="77777777" w:rsidR="00036D1B" w:rsidRPr="003273FB" w:rsidRDefault="00000000">
      <w:pPr>
        <w:spacing w:after="160"/>
        <w:jc w:val="center"/>
        <w:rPr>
          <w:lang w:val="pl-PL"/>
        </w:rPr>
      </w:pPr>
      <w:r w:rsidRPr="003273FB">
        <w:rPr>
          <w:b/>
          <w:lang w:val="pl-PL"/>
        </w:rPr>
        <w:t>Termin i warunki realizacji zadania</w:t>
      </w:r>
    </w:p>
    <w:p w14:paraId="73562050" w14:textId="669642B8" w:rsidR="00036D1B" w:rsidRPr="003273FB" w:rsidRDefault="00000000">
      <w:pPr>
        <w:spacing w:after="80"/>
        <w:ind w:left="510" w:hanging="312"/>
        <w:jc w:val="both"/>
        <w:rPr>
          <w:color w:val="00B050"/>
          <w:lang w:val="pl-PL"/>
        </w:rPr>
      </w:pPr>
      <w:r w:rsidRPr="003273FB">
        <w:rPr>
          <w:lang w:val="pl-PL"/>
        </w:rPr>
        <w:t>1.  Termin realizacji zadania objętego konkursem ustala się od dnia 1 stycznia 2027 r. do dnia 31 grudnia 202</w:t>
      </w:r>
      <w:r w:rsidR="0053406F" w:rsidRPr="003273FB">
        <w:rPr>
          <w:lang w:val="pl-PL"/>
        </w:rPr>
        <w:t>8</w:t>
      </w:r>
      <w:r w:rsidRPr="003273FB">
        <w:rPr>
          <w:lang w:val="pl-PL"/>
        </w:rPr>
        <w:t xml:space="preserve"> r.</w:t>
      </w:r>
    </w:p>
    <w:p w14:paraId="4A228776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2.  Podmiot ubiegający się o realizację zadania publicznego zobowiązany jest:</w:t>
      </w:r>
    </w:p>
    <w:p w14:paraId="29B39103" w14:textId="77777777" w:rsidR="00036D1B" w:rsidRPr="003273FB" w:rsidRDefault="00000000">
      <w:pPr>
        <w:spacing w:after="60"/>
        <w:ind w:left="850" w:hanging="340"/>
        <w:jc w:val="both"/>
        <w:rPr>
          <w:lang w:val="pl-PL"/>
        </w:rPr>
      </w:pPr>
      <w:r w:rsidRPr="003273FB">
        <w:rPr>
          <w:lang w:val="pl-PL"/>
        </w:rPr>
        <w:t>a)  prowadzić działalność statutową w zakresie objętym konkursem,</w:t>
      </w:r>
    </w:p>
    <w:p w14:paraId="68CEDD14" w14:textId="77777777" w:rsidR="00036D1B" w:rsidRPr="003273FB" w:rsidRDefault="00000000">
      <w:pPr>
        <w:spacing w:after="60"/>
        <w:ind w:left="850" w:hanging="340"/>
        <w:jc w:val="both"/>
        <w:rPr>
          <w:lang w:val="pl-PL"/>
        </w:rPr>
      </w:pPr>
      <w:r w:rsidRPr="003273FB">
        <w:rPr>
          <w:lang w:val="pl-PL"/>
        </w:rPr>
        <w:t>b)  posiadać doświadczenie niezbędne do realizacji zadania objętego konkursem,</w:t>
      </w:r>
    </w:p>
    <w:p w14:paraId="630442EC" w14:textId="77777777" w:rsidR="00036D1B" w:rsidRPr="003273FB" w:rsidRDefault="00000000">
      <w:pPr>
        <w:spacing w:after="60"/>
        <w:ind w:left="850" w:hanging="340"/>
        <w:jc w:val="both"/>
        <w:rPr>
          <w:lang w:val="pl-PL"/>
        </w:rPr>
      </w:pPr>
      <w:r w:rsidRPr="003273FB">
        <w:rPr>
          <w:lang w:val="pl-PL"/>
        </w:rPr>
        <w:t>c)  spełniać wymogi formalne zawarte w ogłoszeniu,</w:t>
      </w:r>
    </w:p>
    <w:p w14:paraId="35883ED6" w14:textId="77777777" w:rsidR="00036D1B" w:rsidRPr="003273FB" w:rsidRDefault="00000000">
      <w:pPr>
        <w:spacing w:after="60"/>
        <w:ind w:left="850" w:hanging="340"/>
        <w:jc w:val="both"/>
        <w:rPr>
          <w:lang w:val="pl-PL"/>
        </w:rPr>
      </w:pPr>
      <w:r w:rsidRPr="003273FB">
        <w:rPr>
          <w:lang w:val="pl-PL"/>
        </w:rPr>
        <w:t>d)  prowadzić wyodrębnioną dokumentację finansowo-księgową (wyodrębniony kod księgowy lub wyodrębnioną ewidencję wydatków zadania publicznego) w sposób przejrzysty, umożliwiający identyfikację poszczególnych operacji księgowych dla wszystkich wydatków w ramach zadania,</w:t>
      </w:r>
    </w:p>
    <w:p w14:paraId="46DF6F2F" w14:textId="77777777" w:rsidR="00036D1B" w:rsidRPr="003273FB" w:rsidRDefault="00000000">
      <w:pPr>
        <w:spacing w:after="60"/>
        <w:ind w:left="850" w:hanging="340"/>
        <w:jc w:val="both"/>
        <w:rPr>
          <w:lang w:val="pl-PL"/>
        </w:rPr>
      </w:pPr>
      <w:r w:rsidRPr="003273FB">
        <w:rPr>
          <w:lang w:val="pl-PL"/>
        </w:rPr>
        <w:t>e)  skierować zadanie do mieszkańców Gminy Gródek nad Dunajcem,</w:t>
      </w:r>
    </w:p>
    <w:p w14:paraId="7C2EFA0A" w14:textId="2F5EFC6D" w:rsidR="0010499C" w:rsidRDefault="00000000" w:rsidP="0010499C">
      <w:pPr>
        <w:spacing w:after="60"/>
        <w:ind w:left="850" w:hanging="340"/>
        <w:jc w:val="both"/>
        <w:rPr>
          <w:lang w:val="pl-PL"/>
        </w:rPr>
      </w:pPr>
      <w:r w:rsidRPr="003273FB">
        <w:rPr>
          <w:lang w:val="pl-PL"/>
        </w:rPr>
        <w:t>f)  złożyć sprawozdanie z wykonania zadania publicznego, zgodnie z art. 18 ustawy z dnia 24 kwietnia 2003 r. o działalności pożytku publicznego i o wolontariacie, w terminie 30 dni od dnia zakończenia realizacji zadania publicznego,</w:t>
      </w:r>
    </w:p>
    <w:p w14:paraId="45329B09" w14:textId="4E394AA3" w:rsidR="0010499C" w:rsidRPr="003273FB" w:rsidRDefault="0010499C" w:rsidP="0010499C">
      <w:pPr>
        <w:spacing w:after="60"/>
        <w:ind w:left="850" w:hanging="340"/>
        <w:jc w:val="both"/>
        <w:rPr>
          <w:lang w:val="pl-PL"/>
        </w:rPr>
      </w:pPr>
      <w:r w:rsidRPr="003273FB">
        <w:rPr>
          <w:lang w:val="pl-PL"/>
        </w:rPr>
        <w:t xml:space="preserve">g)  </w:t>
      </w:r>
      <w:r>
        <w:rPr>
          <w:lang w:val="pl-PL"/>
        </w:rPr>
        <w:t xml:space="preserve">złożyć sprawozdanie częściowe z wykonywania zadania publicznego za rok 2027, w terminie określonym w umowie, </w:t>
      </w:r>
    </w:p>
    <w:p w14:paraId="507D7F5C" w14:textId="6BBB3B86" w:rsidR="00036D1B" w:rsidRPr="003273FB" w:rsidRDefault="0010499C">
      <w:pPr>
        <w:spacing w:after="60"/>
        <w:ind w:left="850" w:hanging="340"/>
        <w:jc w:val="both"/>
        <w:rPr>
          <w:lang w:val="pl-PL"/>
        </w:rPr>
      </w:pPr>
      <w:r>
        <w:rPr>
          <w:lang w:val="pl-PL"/>
        </w:rPr>
        <w:t>h</w:t>
      </w:r>
      <w:r w:rsidR="00000000" w:rsidRPr="003273FB">
        <w:rPr>
          <w:lang w:val="pl-PL"/>
        </w:rPr>
        <w:t>)  pokrywać z przyznanej dotacji tylko i wyłącznie wydatki ujęte w kalkulacji, które dotyczyć mogą wyłącznie kosztów związanych z realizowanym zadaniem publicznym,</w:t>
      </w:r>
    </w:p>
    <w:p w14:paraId="798BD505" w14:textId="335F7693" w:rsidR="00036D1B" w:rsidRPr="003273FB" w:rsidRDefault="0010499C">
      <w:pPr>
        <w:spacing w:after="60"/>
        <w:ind w:left="850" w:hanging="340"/>
        <w:jc w:val="both"/>
        <w:rPr>
          <w:lang w:val="pl-PL"/>
        </w:rPr>
      </w:pPr>
      <w:r>
        <w:rPr>
          <w:lang w:val="pl-PL"/>
        </w:rPr>
        <w:t>i</w:t>
      </w:r>
      <w:r w:rsidR="00000000" w:rsidRPr="003273FB">
        <w:rPr>
          <w:lang w:val="pl-PL"/>
        </w:rPr>
        <w:t>)  prowadzić niezbędną dokumentację z realizacji powierzonego zadania, w szczególności karty czasu świadczenia usług podpisane przez uczestników, harmonogramy oraz ewidencję osób objętych wsparciem wraz ze wskazaniem liczby godzin w podziale na poszczególne rodzaje usług,</w:t>
      </w:r>
    </w:p>
    <w:p w14:paraId="0478108A" w14:textId="7A7C4A42" w:rsidR="00036D1B" w:rsidRPr="003273FB" w:rsidRDefault="0010499C">
      <w:pPr>
        <w:spacing w:after="60"/>
        <w:ind w:left="850" w:hanging="340"/>
        <w:jc w:val="both"/>
        <w:rPr>
          <w:lang w:val="pl-PL"/>
        </w:rPr>
      </w:pPr>
      <w:r>
        <w:rPr>
          <w:lang w:val="pl-PL"/>
        </w:rPr>
        <w:t>j</w:t>
      </w:r>
      <w:r w:rsidR="00000000" w:rsidRPr="003273FB">
        <w:rPr>
          <w:lang w:val="pl-PL"/>
        </w:rPr>
        <w:t>)  realizować działania zgodnie z Procedurami dotyczącymi realizacji projektu grantowego pt. „Premia społeczna” w wersji obowiązującej od IV naboru.</w:t>
      </w:r>
    </w:p>
    <w:p w14:paraId="0D1F2B05" w14:textId="77777777" w:rsidR="00036D1B" w:rsidRPr="003273FB" w:rsidRDefault="00036D1B">
      <w:pPr>
        <w:spacing w:after="160"/>
        <w:jc w:val="both"/>
        <w:rPr>
          <w:lang w:val="pl-PL"/>
        </w:rPr>
      </w:pPr>
    </w:p>
    <w:p w14:paraId="7FC20AB9" w14:textId="77777777" w:rsidR="00036D1B" w:rsidRPr="003273FB" w:rsidRDefault="00000000">
      <w:pPr>
        <w:keepNext/>
        <w:spacing w:before="200" w:after="40"/>
        <w:jc w:val="center"/>
        <w:rPr>
          <w:lang w:val="pl-PL"/>
        </w:rPr>
      </w:pPr>
      <w:r w:rsidRPr="003273FB">
        <w:rPr>
          <w:b/>
          <w:lang w:val="pl-PL"/>
        </w:rPr>
        <w:t>§ 7</w:t>
      </w:r>
    </w:p>
    <w:p w14:paraId="522245FB" w14:textId="77777777" w:rsidR="00036D1B" w:rsidRPr="003273FB" w:rsidRDefault="00000000">
      <w:pPr>
        <w:spacing w:after="160"/>
        <w:jc w:val="center"/>
        <w:rPr>
          <w:lang w:val="pl-PL"/>
        </w:rPr>
      </w:pPr>
      <w:r w:rsidRPr="003273FB">
        <w:rPr>
          <w:b/>
          <w:lang w:val="pl-PL"/>
        </w:rPr>
        <w:t>Zakres rzeczowy zadania</w:t>
      </w:r>
    </w:p>
    <w:p w14:paraId="07E381E2" w14:textId="34695887" w:rsidR="00036D1B" w:rsidRPr="003273FB" w:rsidRDefault="00000000">
      <w:pPr>
        <w:spacing w:after="160"/>
        <w:jc w:val="both"/>
        <w:rPr>
          <w:color w:val="00B050"/>
          <w:lang w:val="pl-PL"/>
        </w:rPr>
      </w:pPr>
      <w:r w:rsidRPr="003273FB">
        <w:rPr>
          <w:lang w:val="pl-PL"/>
        </w:rPr>
        <w:t>Zadanie polega na świadczeniu usług społecznych na rzecz mieszkańców Gminy Gródek nad Dunajcem zagrożonych wykluczeniem społecznym – w szczególności osób starszych, osób samotnych i niesamodzielnych, dzieci i młodzieży oraz rodzin doświadczających trudności emocjonalnych, rozwojowych i wychowawczych – w ich środowisku lokalnym, w okresie od dnia 1 stycznia 2027 r. do dnia 31 grudnia 202</w:t>
      </w:r>
      <w:r w:rsidR="0053406F" w:rsidRPr="003273FB">
        <w:rPr>
          <w:lang w:val="pl-PL"/>
        </w:rPr>
        <w:t>8</w:t>
      </w:r>
      <w:r w:rsidRPr="003273FB">
        <w:rPr>
          <w:lang w:val="pl-PL"/>
        </w:rPr>
        <w:t xml:space="preserve"> r.</w:t>
      </w:r>
    </w:p>
    <w:p w14:paraId="3DFA6A75" w14:textId="1F90A386" w:rsidR="00036D1B" w:rsidRDefault="003A2993">
      <w:pPr>
        <w:spacing w:after="160"/>
        <w:jc w:val="both"/>
        <w:rPr>
          <w:lang w:val="pl-PL"/>
        </w:rPr>
      </w:pPr>
      <w:r w:rsidRPr="0054671A">
        <w:rPr>
          <w:lang w:val="pl-PL"/>
        </w:rPr>
        <w:t xml:space="preserve">Łączny wymiar usług godzinowych objętych zadaniem wynosi 4 </w:t>
      </w:r>
      <w:r w:rsidR="003273FB">
        <w:rPr>
          <w:lang w:val="pl-PL"/>
        </w:rPr>
        <w:t>960</w:t>
      </w:r>
      <w:r w:rsidRPr="0054671A">
        <w:rPr>
          <w:lang w:val="pl-PL"/>
        </w:rPr>
        <w:t xml:space="preserve"> godzin (poz. 1–4). Zakres zadania, w podziale na typy usług społecznych świadczonych w społeczności lokalnej zgodnie z katalogiem projektu grantowego „Premia społeczna” oraz na lata realizacji, przedstawia poniższa tabela</w:t>
      </w:r>
      <w:r>
        <w:rPr>
          <w:lang w:val="pl-PL"/>
        </w:rPr>
        <w:t>:</w:t>
      </w:r>
    </w:p>
    <w:tbl>
      <w:tblPr>
        <w:tblStyle w:val="Tabela-Siatka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382"/>
        <w:gridCol w:w="2678"/>
        <w:gridCol w:w="1929"/>
        <w:gridCol w:w="807"/>
        <w:gridCol w:w="583"/>
        <w:gridCol w:w="583"/>
        <w:gridCol w:w="2677"/>
      </w:tblGrid>
      <w:tr w:rsidR="00246077" w14:paraId="5F12D47C" w14:textId="77777777" w:rsidTr="0010499C">
        <w:trPr>
          <w:jc w:val="center"/>
        </w:trPr>
        <w:tc>
          <w:tcPr>
            <w:tcW w:w="382" w:type="dxa"/>
            <w:vAlign w:val="center"/>
          </w:tcPr>
          <w:p w14:paraId="6367C824" w14:textId="77777777" w:rsidR="00246077" w:rsidRDefault="00246077" w:rsidP="006C0D83">
            <w:pPr>
              <w:jc w:val="center"/>
            </w:pPr>
            <w:r>
              <w:rPr>
                <w:b/>
                <w:sz w:val="18"/>
              </w:rPr>
              <w:lastRenderedPageBreak/>
              <w:t>Lp.</w:t>
            </w:r>
          </w:p>
        </w:tc>
        <w:tc>
          <w:tcPr>
            <w:tcW w:w="2678" w:type="dxa"/>
            <w:vAlign w:val="center"/>
          </w:tcPr>
          <w:p w14:paraId="1F75EE56" w14:textId="77777777" w:rsidR="00246077" w:rsidRDefault="00246077" w:rsidP="006C0D83">
            <w:pPr>
              <w:jc w:val="center"/>
            </w:pPr>
            <w:r>
              <w:rPr>
                <w:b/>
                <w:sz w:val="18"/>
              </w:rPr>
              <w:t>Typ usługi społecznej</w:t>
            </w:r>
          </w:p>
        </w:tc>
        <w:tc>
          <w:tcPr>
            <w:tcW w:w="1929" w:type="dxa"/>
            <w:vAlign w:val="center"/>
          </w:tcPr>
          <w:p w14:paraId="0A452A3E" w14:textId="77777777" w:rsidR="00246077" w:rsidRDefault="00246077" w:rsidP="006C0D83">
            <w:pPr>
              <w:jc w:val="center"/>
            </w:pPr>
            <w:r>
              <w:rPr>
                <w:b/>
                <w:sz w:val="18"/>
              </w:rPr>
              <w:t>Forma wsparcia</w:t>
            </w:r>
          </w:p>
        </w:tc>
        <w:tc>
          <w:tcPr>
            <w:tcW w:w="807" w:type="dxa"/>
            <w:vAlign w:val="center"/>
          </w:tcPr>
          <w:p w14:paraId="1A724D90" w14:textId="77777777" w:rsidR="00246077" w:rsidRDefault="00246077" w:rsidP="006C0D83">
            <w:pPr>
              <w:jc w:val="center"/>
            </w:pPr>
            <w:r>
              <w:rPr>
                <w:b/>
                <w:sz w:val="18"/>
              </w:rPr>
              <w:t>Jednostka</w:t>
            </w:r>
          </w:p>
        </w:tc>
        <w:tc>
          <w:tcPr>
            <w:tcW w:w="583" w:type="dxa"/>
            <w:vAlign w:val="center"/>
          </w:tcPr>
          <w:p w14:paraId="2E165A44" w14:textId="77777777" w:rsidR="00246077" w:rsidRDefault="00246077" w:rsidP="006C0D83">
            <w:pPr>
              <w:jc w:val="center"/>
            </w:pPr>
            <w:r>
              <w:rPr>
                <w:b/>
                <w:sz w:val="18"/>
              </w:rPr>
              <w:t>2027</w:t>
            </w:r>
          </w:p>
        </w:tc>
        <w:tc>
          <w:tcPr>
            <w:tcW w:w="583" w:type="dxa"/>
            <w:vAlign w:val="center"/>
          </w:tcPr>
          <w:p w14:paraId="2A91AB16" w14:textId="77777777" w:rsidR="00246077" w:rsidRDefault="00246077" w:rsidP="006C0D83">
            <w:pPr>
              <w:jc w:val="center"/>
            </w:pPr>
            <w:r>
              <w:rPr>
                <w:b/>
                <w:sz w:val="18"/>
              </w:rPr>
              <w:t>2028</w:t>
            </w:r>
          </w:p>
        </w:tc>
        <w:tc>
          <w:tcPr>
            <w:tcW w:w="2677" w:type="dxa"/>
            <w:vAlign w:val="center"/>
          </w:tcPr>
          <w:p w14:paraId="315D304D" w14:textId="77777777" w:rsidR="00246077" w:rsidRDefault="00246077" w:rsidP="006C0D83">
            <w:pPr>
              <w:jc w:val="center"/>
            </w:pPr>
            <w:r>
              <w:rPr>
                <w:b/>
                <w:sz w:val="18"/>
              </w:rPr>
              <w:t>Razem</w:t>
            </w:r>
          </w:p>
        </w:tc>
      </w:tr>
      <w:tr w:rsidR="00246077" w14:paraId="49407E1F" w14:textId="77777777" w:rsidTr="0010499C">
        <w:trPr>
          <w:jc w:val="center"/>
        </w:trPr>
        <w:tc>
          <w:tcPr>
            <w:tcW w:w="382" w:type="dxa"/>
            <w:vAlign w:val="center"/>
          </w:tcPr>
          <w:p w14:paraId="706E8311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1.</w:t>
            </w:r>
          </w:p>
        </w:tc>
        <w:tc>
          <w:tcPr>
            <w:tcW w:w="2678" w:type="dxa"/>
            <w:vAlign w:val="center"/>
          </w:tcPr>
          <w:p w14:paraId="5AA72433" w14:textId="77777777" w:rsidR="00246077" w:rsidRPr="0054671A" w:rsidRDefault="00246077" w:rsidP="006C0D83">
            <w:pPr>
              <w:rPr>
                <w:lang w:val="pl-PL"/>
              </w:rPr>
            </w:pPr>
            <w:r w:rsidRPr="0054671A">
              <w:rPr>
                <w:sz w:val="18"/>
                <w:lang w:val="pl-PL"/>
              </w:rPr>
              <w:t>Poradnictwo specjalistyczne, świadczone osobom i rodzinom, które mają trudności lub wykazują potrzebę wsparcia w rozwiązywaniu swoich problemów życiowych</w:t>
            </w:r>
          </w:p>
        </w:tc>
        <w:tc>
          <w:tcPr>
            <w:tcW w:w="1929" w:type="dxa"/>
            <w:vAlign w:val="center"/>
          </w:tcPr>
          <w:p w14:paraId="5924B0A3" w14:textId="77777777" w:rsidR="00246077" w:rsidRDefault="00246077" w:rsidP="006C0D83">
            <w:r>
              <w:rPr>
                <w:sz w:val="18"/>
              </w:rPr>
              <w:t>poradnictwo psychologiczne</w:t>
            </w:r>
          </w:p>
        </w:tc>
        <w:tc>
          <w:tcPr>
            <w:tcW w:w="807" w:type="dxa"/>
            <w:vAlign w:val="center"/>
          </w:tcPr>
          <w:p w14:paraId="6F993D92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godzina</w:t>
            </w:r>
          </w:p>
        </w:tc>
        <w:tc>
          <w:tcPr>
            <w:tcW w:w="583" w:type="dxa"/>
            <w:vAlign w:val="center"/>
          </w:tcPr>
          <w:p w14:paraId="64DBFA81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120</w:t>
            </w:r>
          </w:p>
        </w:tc>
        <w:tc>
          <w:tcPr>
            <w:tcW w:w="583" w:type="dxa"/>
            <w:vAlign w:val="center"/>
          </w:tcPr>
          <w:p w14:paraId="6626196D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120</w:t>
            </w:r>
          </w:p>
        </w:tc>
        <w:tc>
          <w:tcPr>
            <w:tcW w:w="2677" w:type="dxa"/>
            <w:vAlign w:val="center"/>
          </w:tcPr>
          <w:p w14:paraId="5EAA6062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240</w:t>
            </w:r>
          </w:p>
        </w:tc>
      </w:tr>
      <w:tr w:rsidR="00246077" w14:paraId="50820079" w14:textId="77777777" w:rsidTr="0010499C">
        <w:trPr>
          <w:jc w:val="center"/>
        </w:trPr>
        <w:tc>
          <w:tcPr>
            <w:tcW w:w="382" w:type="dxa"/>
            <w:vAlign w:val="center"/>
          </w:tcPr>
          <w:p w14:paraId="4A334207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2.</w:t>
            </w:r>
          </w:p>
        </w:tc>
        <w:tc>
          <w:tcPr>
            <w:tcW w:w="2678" w:type="dxa"/>
            <w:vAlign w:val="center"/>
          </w:tcPr>
          <w:p w14:paraId="2B78ED6C" w14:textId="77777777" w:rsidR="00246077" w:rsidRPr="0054671A" w:rsidRDefault="00246077" w:rsidP="006C0D83">
            <w:pPr>
              <w:rPr>
                <w:lang w:val="pl-PL"/>
              </w:rPr>
            </w:pPr>
            <w:r w:rsidRPr="0054671A">
              <w:rPr>
                <w:sz w:val="18"/>
                <w:lang w:val="pl-PL"/>
              </w:rPr>
              <w:t>Poradnictwo specjalistyczne, świadczone osobom i rodzinom, które mają trudności lub wykazują potrzebę wsparcia w rozwiązywaniu swoich problemów życiowych</w:t>
            </w:r>
          </w:p>
        </w:tc>
        <w:tc>
          <w:tcPr>
            <w:tcW w:w="1929" w:type="dxa"/>
            <w:vAlign w:val="center"/>
          </w:tcPr>
          <w:p w14:paraId="59390AC5" w14:textId="77777777" w:rsidR="00246077" w:rsidRDefault="00246077" w:rsidP="006C0D83">
            <w:r>
              <w:rPr>
                <w:sz w:val="18"/>
              </w:rPr>
              <w:t>terapia integracji sensorycznej</w:t>
            </w:r>
          </w:p>
        </w:tc>
        <w:tc>
          <w:tcPr>
            <w:tcW w:w="807" w:type="dxa"/>
            <w:vAlign w:val="center"/>
          </w:tcPr>
          <w:p w14:paraId="7C5F0CCB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godzina</w:t>
            </w:r>
          </w:p>
        </w:tc>
        <w:tc>
          <w:tcPr>
            <w:tcW w:w="583" w:type="dxa"/>
            <w:vAlign w:val="center"/>
          </w:tcPr>
          <w:p w14:paraId="657AB0CB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180</w:t>
            </w:r>
          </w:p>
        </w:tc>
        <w:tc>
          <w:tcPr>
            <w:tcW w:w="583" w:type="dxa"/>
            <w:vAlign w:val="center"/>
          </w:tcPr>
          <w:p w14:paraId="2EDD4F10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180</w:t>
            </w:r>
          </w:p>
        </w:tc>
        <w:tc>
          <w:tcPr>
            <w:tcW w:w="2677" w:type="dxa"/>
            <w:vAlign w:val="center"/>
          </w:tcPr>
          <w:p w14:paraId="7B2EE131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360</w:t>
            </w:r>
          </w:p>
        </w:tc>
      </w:tr>
      <w:tr w:rsidR="00246077" w14:paraId="758D8A71" w14:textId="77777777" w:rsidTr="0010499C">
        <w:trPr>
          <w:jc w:val="center"/>
        </w:trPr>
        <w:tc>
          <w:tcPr>
            <w:tcW w:w="382" w:type="dxa"/>
            <w:vAlign w:val="center"/>
          </w:tcPr>
          <w:p w14:paraId="2658FC8C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3.</w:t>
            </w:r>
          </w:p>
        </w:tc>
        <w:tc>
          <w:tcPr>
            <w:tcW w:w="2678" w:type="dxa"/>
            <w:vAlign w:val="center"/>
          </w:tcPr>
          <w:p w14:paraId="3EDD517D" w14:textId="77777777" w:rsidR="00246077" w:rsidRPr="0054671A" w:rsidRDefault="00246077" w:rsidP="006C0D83">
            <w:pPr>
              <w:rPr>
                <w:lang w:val="pl-PL"/>
              </w:rPr>
            </w:pPr>
            <w:r w:rsidRPr="0054671A">
              <w:rPr>
                <w:sz w:val="18"/>
                <w:lang w:val="pl-PL"/>
              </w:rPr>
              <w:t>Usługi opiekuńcze – w postaci specjalistycznych usług opiekuńczych w miejscu zamieszkania</w:t>
            </w:r>
          </w:p>
        </w:tc>
        <w:tc>
          <w:tcPr>
            <w:tcW w:w="1929" w:type="dxa"/>
            <w:vAlign w:val="center"/>
          </w:tcPr>
          <w:p w14:paraId="4B8BFEF4" w14:textId="77777777" w:rsidR="00246077" w:rsidRPr="0054671A" w:rsidRDefault="00246077" w:rsidP="006C0D83">
            <w:pPr>
              <w:rPr>
                <w:lang w:val="pl-PL"/>
              </w:rPr>
            </w:pPr>
            <w:r w:rsidRPr="0054671A">
              <w:rPr>
                <w:sz w:val="18"/>
                <w:lang w:val="pl-PL"/>
              </w:rPr>
              <w:t>fizjoterapia w miejscu zamieszkania (rehabilitacja fizyczna i usprawnianie zaburzonych funkcji organizmu)</w:t>
            </w:r>
          </w:p>
        </w:tc>
        <w:tc>
          <w:tcPr>
            <w:tcW w:w="807" w:type="dxa"/>
            <w:vAlign w:val="center"/>
          </w:tcPr>
          <w:p w14:paraId="54C0A89C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godzina</w:t>
            </w:r>
          </w:p>
        </w:tc>
        <w:tc>
          <w:tcPr>
            <w:tcW w:w="583" w:type="dxa"/>
            <w:vAlign w:val="center"/>
          </w:tcPr>
          <w:p w14:paraId="7E115DEE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380</w:t>
            </w:r>
          </w:p>
        </w:tc>
        <w:tc>
          <w:tcPr>
            <w:tcW w:w="583" w:type="dxa"/>
            <w:vAlign w:val="center"/>
          </w:tcPr>
          <w:p w14:paraId="7B4D7DED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380</w:t>
            </w:r>
          </w:p>
        </w:tc>
        <w:tc>
          <w:tcPr>
            <w:tcW w:w="2677" w:type="dxa"/>
            <w:vAlign w:val="center"/>
          </w:tcPr>
          <w:p w14:paraId="66E4E0B6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760</w:t>
            </w:r>
          </w:p>
        </w:tc>
      </w:tr>
      <w:tr w:rsidR="00246077" w14:paraId="21B5DB9B" w14:textId="77777777" w:rsidTr="0010499C">
        <w:trPr>
          <w:jc w:val="center"/>
        </w:trPr>
        <w:tc>
          <w:tcPr>
            <w:tcW w:w="382" w:type="dxa"/>
            <w:vAlign w:val="center"/>
          </w:tcPr>
          <w:p w14:paraId="52051992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4.</w:t>
            </w:r>
          </w:p>
        </w:tc>
        <w:tc>
          <w:tcPr>
            <w:tcW w:w="2678" w:type="dxa"/>
            <w:vAlign w:val="center"/>
          </w:tcPr>
          <w:p w14:paraId="28B2CE15" w14:textId="77777777" w:rsidR="00246077" w:rsidRPr="0054671A" w:rsidRDefault="00246077" w:rsidP="006C0D83">
            <w:pPr>
              <w:rPr>
                <w:lang w:val="pl-PL"/>
              </w:rPr>
            </w:pPr>
            <w:r w:rsidRPr="0054671A">
              <w:rPr>
                <w:sz w:val="18"/>
                <w:lang w:val="pl-PL"/>
              </w:rPr>
              <w:t>Usługi asystenckie dla innych grup niż osoby z niepełnosprawnościami, z wyłączeniem asystentury rodzinnej</w:t>
            </w:r>
          </w:p>
        </w:tc>
        <w:tc>
          <w:tcPr>
            <w:tcW w:w="1929" w:type="dxa"/>
            <w:vAlign w:val="center"/>
          </w:tcPr>
          <w:p w14:paraId="6E98BF83" w14:textId="77777777" w:rsidR="00246077" w:rsidRPr="0054671A" w:rsidRDefault="00246077" w:rsidP="006C0D83">
            <w:pPr>
              <w:rPr>
                <w:lang w:val="pl-PL"/>
              </w:rPr>
            </w:pPr>
            <w:r w:rsidRPr="0054671A">
              <w:rPr>
                <w:sz w:val="18"/>
                <w:lang w:val="pl-PL"/>
              </w:rPr>
              <w:t>usługi asystenckie dla osób starszych</w:t>
            </w:r>
          </w:p>
        </w:tc>
        <w:tc>
          <w:tcPr>
            <w:tcW w:w="807" w:type="dxa"/>
            <w:vAlign w:val="center"/>
          </w:tcPr>
          <w:p w14:paraId="74F7F428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godzina</w:t>
            </w:r>
          </w:p>
        </w:tc>
        <w:tc>
          <w:tcPr>
            <w:tcW w:w="583" w:type="dxa"/>
            <w:vAlign w:val="center"/>
          </w:tcPr>
          <w:p w14:paraId="675E8E33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1 800</w:t>
            </w:r>
          </w:p>
        </w:tc>
        <w:tc>
          <w:tcPr>
            <w:tcW w:w="583" w:type="dxa"/>
            <w:vAlign w:val="center"/>
          </w:tcPr>
          <w:p w14:paraId="31823B7B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1 800</w:t>
            </w:r>
          </w:p>
        </w:tc>
        <w:tc>
          <w:tcPr>
            <w:tcW w:w="2677" w:type="dxa"/>
            <w:vAlign w:val="center"/>
          </w:tcPr>
          <w:p w14:paraId="6C30A84F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3 600</w:t>
            </w:r>
          </w:p>
        </w:tc>
      </w:tr>
      <w:tr w:rsidR="00246077" w14:paraId="31D33118" w14:textId="77777777" w:rsidTr="0010499C">
        <w:trPr>
          <w:jc w:val="center"/>
        </w:trPr>
        <w:tc>
          <w:tcPr>
            <w:tcW w:w="382" w:type="dxa"/>
            <w:vAlign w:val="center"/>
          </w:tcPr>
          <w:p w14:paraId="58B69B5B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5.</w:t>
            </w:r>
          </w:p>
        </w:tc>
        <w:tc>
          <w:tcPr>
            <w:tcW w:w="2678" w:type="dxa"/>
            <w:vAlign w:val="center"/>
          </w:tcPr>
          <w:p w14:paraId="7072C7EC" w14:textId="77777777" w:rsidR="00246077" w:rsidRPr="0054671A" w:rsidRDefault="00246077" w:rsidP="006C0D83">
            <w:pPr>
              <w:rPr>
                <w:lang w:val="pl-PL"/>
              </w:rPr>
            </w:pPr>
            <w:r w:rsidRPr="0054671A">
              <w:rPr>
                <w:sz w:val="18"/>
                <w:lang w:val="pl-PL"/>
              </w:rPr>
              <w:t>Usługi przeciwdziałania przemocy, w tym przemocy domowej na mocy ustawy z dnia 29 lipca 2005 r. o przeciwdziałaniu przemocy domowej</w:t>
            </w:r>
          </w:p>
        </w:tc>
        <w:tc>
          <w:tcPr>
            <w:tcW w:w="1929" w:type="dxa"/>
            <w:vAlign w:val="center"/>
          </w:tcPr>
          <w:p w14:paraId="7E6CAF14" w14:textId="77777777" w:rsidR="00246077" w:rsidRPr="0054671A" w:rsidRDefault="00246077" w:rsidP="006C0D83">
            <w:pPr>
              <w:rPr>
                <w:lang w:val="pl-PL"/>
              </w:rPr>
            </w:pPr>
            <w:r w:rsidRPr="0054671A">
              <w:rPr>
                <w:sz w:val="18"/>
                <w:lang w:val="pl-PL"/>
              </w:rPr>
              <w:t>wyjazdowy warsztat edukacyjno-profilaktyczny dla seniorów (2 dni, 16 godzin)</w:t>
            </w:r>
          </w:p>
        </w:tc>
        <w:tc>
          <w:tcPr>
            <w:tcW w:w="807" w:type="dxa"/>
            <w:vAlign w:val="center"/>
          </w:tcPr>
          <w:p w14:paraId="2A858655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uczestnik</w:t>
            </w:r>
          </w:p>
        </w:tc>
        <w:tc>
          <w:tcPr>
            <w:tcW w:w="583" w:type="dxa"/>
            <w:vAlign w:val="center"/>
          </w:tcPr>
          <w:p w14:paraId="5F7F2C4A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583" w:type="dxa"/>
            <w:vAlign w:val="center"/>
          </w:tcPr>
          <w:p w14:paraId="2CD302AD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2677" w:type="dxa"/>
            <w:vAlign w:val="center"/>
          </w:tcPr>
          <w:p w14:paraId="361A80FD" w14:textId="77777777" w:rsidR="00246077" w:rsidRDefault="00246077" w:rsidP="006C0D83">
            <w:pPr>
              <w:jc w:val="center"/>
            </w:pPr>
            <w:r>
              <w:rPr>
                <w:sz w:val="18"/>
              </w:rPr>
              <w:t>20</w:t>
            </w:r>
          </w:p>
        </w:tc>
      </w:tr>
      <w:tr w:rsidR="00246077" w14:paraId="7E418BDC" w14:textId="77777777" w:rsidTr="0010499C">
        <w:trPr>
          <w:jc w:val="center"/>
        </w:trPr>
        <w:tc>
          <w:tcPr>
            <w:tcW w:w="6962" w:type="dxa"/>
            <w:gridSpan w:val="6"/>
            <w:vAlign w:val="center"/>
          </w:tcPr>
          <w:p w14:paraId="0E0F2EA1" w14:textId="77777777" w:rsidR="00246077" w:rsidRDefault="00246077" w:rsidP="006C0D83">
            <w:pPr>
              <w:jc w:val="right"/>
            </w:pPr>
            <w:r>
              <w:rPr>
                <w:b/>
                <w:sz w:val="18"/>
              </w:rPr>
              <w:t>RAZEM godzin usług (poz. 1–4)</w:t>
            </w:r>
          </w:p>
        </w:tc>
        <w:tc>
          <w:tcPr>
            <w:tcW w:w="2677" w:type="dxa"/>
            <w:vAlign w:val="center"/>
          </w:tcPr>
          <w:p w14:paraId="777C7FD8" w14:textId="77777777" w:rsidR="00246077" w:rsidRDefault="00246077" w:rsidP="006C0D83">
            <w:pPr>
              <w:jc w:val="center"/>
            </w:pPr>
            <w:r>
              <w:rPr>
                <w:b/>
                <w:sz w:val="18"/>
              </w:rPr>
              <w:t>4 960</w:t>
            </w:r>
          </w:p>
        </w:tc>
      </w:tr>
    </w:tbl>
    <w:p w14:paraId="6B06F766" w14:textId="77777777" w:rsidR="00036D1B" w:rsidRDefault="00036D1B">
      <w:pPr>
        <w:spacing w:after="200"/>
        <w:jc w:val="both"/>
      </w:pPr>
    </w:p>
    <w:p w14:paraId="054E0097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1.  Liczba godzin oraz liczba uczestników wskazane dla poszczególnych pozycji są wiążące. Przesunięcia pomiędzy pozycjami wymagają uprzedniej pisemnej zgody Zleceniodawcy.</w:t>
      </w:r>
    </w:p>
    <w:p w14:paraId="1C795023" w14:textId="37D8107D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2.  Poradnictwo psychologiczne (240 godzin</w:t>
      </w:r>
      <w:r w:rsidR="003A2993" w:rsidRPr="003273FB">
        <w:rPr>
          <w:lang w:val="pl-PL"/>
        </w:rPr>
        <w:t>, po 120 godzin w każdym roku</w:t>
      </w:r>
      <w:r w:rsidRPr="003273FB">
        <w:rPr>
          <w:lang w:val="pl-PL"/>
        </w:rPr>
        <w:t>) obejmuje indywidualne wsparcie osób i rodzin doświadczających trudności emocjonalnych, kryzysów, stresu, lęku, obniżonego nastroju, problemów w relacjach oraz trudności rodzinnych i wychowawczych; świadczone jest przez psychologa w wymiarze dostosowanym do indywidualnych potrzeb uczestnika.</w:t>
      </w:r>
    </w:p>
    <w:p w14:paraId="750419CA" w14:textId="27E53D38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3.  Terapia integracji sensorycznej (360 godzin</w:t>
      </w:r>
      <w:r w:rsidR="003A2993" w:rsidRPr="003273FB">
        <w:rPr>
          <w:lang w:val="pl-PL"/>
        </w:rPr>
        <w:t xml:space="preserve"> po 180 godzin w każdym roku</w:t>
      </w:r>
      <w:r w:rsidRPr="003273FB">
        <w:rPr>
          <w:lang w:val="pl-PL"/>
        </w:rPr>
        <w:t>) skierowana jest do dzieci z trudnościami w przetwarzaniu bodźców sensorycznych wpływającymi na ich codzienne funkcjonowanie, zachowanie, koncentrację, sprawność oraz rozwój społeczny i edukacyjny; prowadzona jest przez certyfikowanego terapeutę integracji sensorycznej, w sali wyposażonej w sprzęt do terapii SI zapewnionej przez Oferenta</w:t>
      </w:r>
      <w:r w:rsidR="0053406F" w:rsidRPr="003273FB">
        <w:rPr>
          <w:lang w:val="pl-PL"/>
        </w:rPr>
        <w:t>.</w:t>
      </w:r>
    </w:p>
    <w:p w14:paraId="13BEADE0" w14:textId="77777777" w:rsidR="003A2993" w:rsidRPr="0054671A" w:rsidRDefault="003A2993" w:rsidP="003A2993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 xml:space="preserve">4. </w:t>
      </w:r>
      <w:r w:rsidRPr="0054671A">
        <w:rPr>
          <w:lang w:val="pl-PL"/>
        </w:rPr>
        <w:t>Specjalistyczne usługi opiekuńcze w miejscu zamieszkania – fizjoterapia (</w:t>
      </w:r>
      <w:r>
        <w:rPr>
          <w:lang w:val="pl-PL"/>
        </w:rPr>
        <w:t>760</w:t>
      </w:r>
      <w:r w:rsidRPr="0054671A">
        <w:rPr>
          <w:lang w:val="pl-PL"/>
        </w:rPr>
        <w:t xml:space="preserve"> godzin, po </w:t>
      </w:r>
      <w:r>
        <w:rPr>
          <w:lang w:val="pl-PL"/>
        </w:rPr>
        <w:t>380</w:t>
      </w:r>
      <w:r w:rsidRPr="0054671A">
        <w:rPr>
          <w:lang w:val="pl-PL"/>
        </w:rPr>
        <w:t xml:space="preserve"> godzin w każdym roku) – obejmują rehabilitację fizyczną i usprawnianie zaburzonych funkcji organizmu, o których mowa w § 2 pkt 3 rozporządzenia Ministra Polityki Społecznej z dnia 22 września 2005 r. w sprawie specjalistycznych usług opiekuńczych, w zakresie nieobjętym przepisami ustawy z dnia 27 sierpnia 2004 r. o świadczeniach opieki zdrowotnej finansowanych ze środków publicznych: ćwiczenia usprawniające, naukę samoobsługi i bezpiecznego poruszania się, instruktaż dla opiekunów faktycznych oraz dobór i naukę korzystania z przedmiotów ortopedycznych i środków pomocniczych. Usługi świadczone są w miejscu zamieszkania osób, które z powodu wieku, choroby lub niepełnosprawności wymagają usprawniania, zgodnie z zaleceniami lekarskimi lub specjalisty z zakresu rehabilitacji ruchowej lub fizjoterapii, przez osoby posiadające kwalifikacje fizjoterapeuty (art. 50 ust. 4 ustawy o pomocy społecznej oraz § 3 ust. 1 ww. rozporządzenia). Oferent zapewnia sprzęt i pomoce niezbędne do prowadzenia usprawniania w warunkach domowych.</w:t>
      </w:r>
    </w:p>
    <w:p w14:paraId="2AD7A0D6" w14:textId="15211A2F" w:rsidR="003A2993" w:rsidRPr="003273FB" w:rsidRDefault="003A2993">
      <w:pPr>
        <w:spacing w:after="80"/>
        <w:ind w:left="510" w:hanging="312"/>
        <w:jc w:val="both"/>
        <w:rPr>
          <w:lang w:val="pl-PL"/>
        </w:rPr>
      </w:pPr>
    </w:p>
    <w:p w14:paraId="395E5ABC" w14:textId="708B2A5F" w:rsidR="00036D1B" w:rsidRPr="003273FB" w:rsidRDefault="003A2993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5.  Usługi asystenckie dla osób starszych (3 600 godzin</w:t>
      </w:r>
      <w:r w:rsidR="0010499C">
        <w:rPr>
          <w:lang w:val="pl-PL"/>
        </w:rPr>
        <w:t xml:space="preserve"> </w:t>
      </w:r>
      <w:r w:rsidRPr="003273FB">
        <w:rPr>
          <w:lang w:val="pl-PL"/>
        </w:rPr>
        <w:t>po 1</w:t>
      </w:r>
      <w:r w:rsidR="0010499C">
        <w:rPr>
          <w:lang w:val="pl-PL"/>
        </w:rPr>
        <w:t xml:space="preserve"> </w:t>
      </w:r>
      <w:r w:rsidRPr="003273FB">
        <w:rPr>
          <w:lang w:val="pl-PL"/>
        </w:rPr>
        <w:t>80</w:t>
      </w:r>
      <w:r w:rsidR="0010499C">
        <w:rPr>
          <w:lang w:val="pl-PL"/>
        </w:rPr>
        <w:t>0</w:t>
      </w:r>
      <w:r w:rsidRPr="003273FB">
        <w:rPr>
          <w:lang w:val="pl-PL"/>
        </w:rPr>
        <w:t xml:space="preserve"> w </w:t>
      </w:r>
      <w:r w:rsidR="0010499C" w:rsidRPr="003273FB">
        <w:rPr>
          <w:lang w:val="pl-PL"/>
        </w:rPr>
        <w:t>każdym</w:t>
      </w:r>
      <w:r w:rsidRPr="003273FB">
        <w:rPr>
          <w:lang w:val="pl-PL"/>
        </w:rPr>
        <w:t xml:space="preserve"> roku) obejmują wsparcie w codziennym funkcjonowaniu osób, które z powodu wieku, stanu zdrowia, samotności lub trudnej sytuacji życiowej mają ograniczoną możliwość samodzielnego realizowania czynności dnia codziennego, a nie kwalifikują się do usług opiekuńczych: pomoc w organizacji i załatwianiu spraw życiowych i urzędowych, towarzyszenie podczas wizyt lekarskich i innych niezbędnych aktywności, pomoc w kontaktach społecznych i realizacji zakupów, organizację czasu wolnego oraz wspieranie samodzielności i aktywności uczestników. Usługa nie obejmuje osób korzystających z asystencji osobistej osób z niepełnosprawnościami ani asystentury rodzinnej.</w:t>
      </w:r>
    </w:p>
    <w:p w14:paraId="73CBBDFA" w14:textId="67D6EC87" w:rsidR="00036D1B" w:rsidRPr="003273FB" w:rsidRDefault="003A2993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6.  Wyjazdowy warsztat edukacyjno-profilaktyczny z zakresu przeciwdziałania przemocy domowej dla 20 seniorów</w:t>
      </w:r>
      <w:r w:rsidR="0010499C">
        <w:rPr>
          <w:lang w:val="pl-PL"/>
        </w:rPr>
        <w:t xml:space="preserve"> </w:t>
      </w:r>
      <w:r w:rsidRPr="003273FB">
        <w:rPr>
          <w:lang w:val="pl-PL"/>
        </w:rPr>
        <w:t>realizowany w roku 2027 w terminie uzgodnionym ze Zlecniodawcą, obejmuje: dwudniowy wyjazd z jednym noclegiem, transport z terenu Gminy i z powrotem, pełne wyżywienie, 16 godzin zajęć warsztatowych prowadzonych przez trenera posiadającego kwalifikacje lub doświadczenie w zakresie przeciwdziałania przemocy domowej, materiały edukacyjne oraz ubezpieczenie uczestników. Program warsztatu obejmuje w szczególności rozpoznawanie form przemocy wobec osób starszych (psychicznej, ekonomicznej, zaniedbania, izolowania, wykorzystywania zależności), zasady bezpiecznego reagowania, instytucje i procedury pomocowe oraz budowanie bezpiecznych relacji w rodzinie i społeczności lokalnej.</w:t>
      </w:r>
    </w:p>
    <w:p w14:paraId="6A441E4C" w14:textId="2B8237D5" w:rsidR="00036D1B" w:rsidRPr="003273FB" w:rsidRDefault="003A2993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7.  Usługi świadczone są w miejscu zamieszkania uczestnika i w jego środowisku lokalnym, zgodnie z zasadą deinstytucjonalizacji usług społecznych; zadanie nie obejmuje żadnej formy opieki instytucjonalnej i nie wzmacnia potencjału placówek świadczących opiekę instytucjonalną. Poradnictwo psychologiczne i terapia integracji sensorycznej mogą być świadczone w lokalu zapewnionym przez Oferenta na terenie Gminy Gródek nad Dunajcem, dostosowanym do potrzeb osób z niepełnosprawnościami.</w:t>
      </w:r>
    </w:p>
    <w:p w14:paraId="524B3AD3" w14:textId="743E1836" w:rsidR="00036D1B" w:rsidRPr="003273FB" w:rsidRDefault="003A2993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8.  Usługi realizowane będą w sposób elastyczny, dostosowany do potrzeb uczestników, również w dni wolne od pracy i w godzinach popołudniowych, jeżeli wynika to z potrzeb uczestnika.</w:t>
      </w:r>
    </w:p>
    <w:p w14:paraId="2B1C9C1A" w14:textId="16A76940" w:rsidR="00036D1B" w:rsidRPr="003273FB" w:rsidRDefault="003A2993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 xml:space="preserve">9.  Liczba uczestników oraz wymiar wsparcia przypadający na jednego uczestnika wynikać będą z indywidualnej diagnozy potrzeb, sporządzonej we współpracy z </w:t>
      </w:r>
      <w:r w:rsidR="00F23D38" w:rsidRPr="003273FB">
        <w:rPr>
          <w:lang w:val="pl-PL"/>
        </w:rPr>
        <w:t xml:space="preserve"> Gminnym </w:t>
      </w:r>
      <w:r w:rsidRPr="003273FB">
        <w:rPr>
          <w:lang w:val="pl-PL"/>
        </w:rPr>
        <w:t>Ośrodkiem Pomocy Społecznej w Gródku nad Dunajcem. Rekrutacja i kwalifikowanie uczestników prowadzone będą we współpracy z Ośrodkiem, z zachowaniem zasad równości szans, dostępności i niedyskryminacji.</w:t>
      </w:r>
    </w:p>
    <w:p w14:paraId="039D570F" w14:textId="5DCE8B16" w:rsidR="00036D1B" w:rsidRPr="003273FB" w:rsidRDefault="003A2993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10.  Oferent zapewni kadrę posiadającą kwalifikacje lub doświadczenie wymagane dla każdego rodzaju usług objętych zadaniem oraz zapewni jej wsparcie organizacyjne i superwizyjne.</w:t>
      </w:r>
    </w:p>
    <w:p w14:paraId="4621841C" w14:textId="3223A515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</w:t>
      </w:r>
      <w:r w:rsidR="003A2993" w:rsidRPr="003273FB">
        <w:rPr>
          <w:lang w:val="pl-PL"/>
        </w:rPr>
        <w:t>1</w:t>
      </w:r>
      <w:r w:rsidRPr="003273FB">
        <w:rPr>
          <w:lang w:val="pl-PL"/>
        </w:rPr>
        <w:t>.  Oferent powinien uwzględnić wszelkie wydatki związane z realizacją zadania. Nie dopuszcza się pobierania opłat od adresatów zadania.</w:t>
      </w:r>
    </w:p>
    <w:p w14:paraId="0ED5FFB7" w14:textId="168260B4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</w:t>
      </w:r>
      <w:r w:rsidR="003A2993" w:rsidRPr="003273FB">
        <w:rPr>
          <w:lang w:val="pl-PL"/>
        </w:rPr>
        <w:t>2</w:t>
      </w:r>
      <w:r w:rsidRPr="003273FB">
        <w:rPr>
          <w:lang w:val="pl-PL"/>
        </w:rPr>
        <w:t>.  Oferent realizując zadanie publiczne zobowiązany jest do stosowania przepisów prawa, w tym do wydania osobom i podmiotom realizującym działania objęte konkursem upoważnień do przetwarzania danych osobowych.</w:t>
      </w:r>
    </w:p>
    <w:p w14:paraId="42BFC547" w14:textId="6BC9D662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</w:t>
      </w:r>
      <w:r w:rsidR="003A2993" w:rsidRPr="003273FB">
        <w:rPr>
          <w:lang w:val="pl-PL"/>
        </w:rPr>
        <w:t>3</w:t>
      </w:r>
      <w:r w:rsidRPr="003273FB">
        <w:rPr>
          <w:lang w:val="pl-PL"/>
        </w:rPr>
        <w:t>.  Oferent zobowiązany będzie do niezwłocznego informowania o wszystkich zdarzeniach mogących mieć wpływ na wykonanie umowy.</w:t>
      </w:r>
    </w:p>
    <w:p w14:paraId="52001EAA" w14:textId="5D6F17CF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</w:t>
      </w:r>
      <w:r w:rsidR="003A2993" w:rsidRPr="003273FB">
        <w:rPr>
          <w:lang w:val="pl-PL"/>
        </w:rPr>
        <w:t>4</w:t>
      </w:r>
      <w:r w:rsidRPr="003273FB">
        <w:rPr>
          <w:lang w:val="pl-PL"/>
        </w:rPr>
        <w:t>.  Wzory dokumentów niezbędne do rozliczenia zadania publicznego zostaną przekazane Oferentowi po podpisaniu umowy.</w:t>
      </w:r>
    </w:p>
    <w:p w14:paraId="69A552D8" w14:textId="0638443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</w:t>
      </w:r>
      <w:r w:rsidR="003A2993" w:rsidRPr="003273FB">
        <w:rPr>
          <w:lang w:val="pl-PL"/>
        </w:rPr>
        <w:t>5</w:t>
      </w:r>
      <w:r w:rsidRPr="003273FB">
        <w:rPr>
          <w:lang w:val="pl-PL"/>
        </w:rPr>
        <w:t>.  Kontroli podlegają wszystkie dokumenty merytoryczne i finansowe niezbędne do oceny zasadności wykorzystania środków publicznych i realizowania zadania zgodnie z umową.</w:t>
      </w:r>
    </w:p>
    <w:p w14:paraId="066828AD" w14:textId="3462FC61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</w:t>
      </w:r>
      <w:r w:rsidR="003A2993" w:rsidRPr="003273FB">
        <w:rPr>
          <w:lang w:val="pl-PL"/>
        </w:rPr>
        <w:t>6</w:t>
      </w:r>
      <w:r w:rsidRPr="003273FB">
        <w:rPr>
          <w:lang w:val="pl-PL"/>
        </w:rPr>
        <w:t>.  Wszelkie koszty związane z realizacją zadania publicznego muszą zostać poniesione (zapłacone) najpóźniej do dnia 30 stycznia 202</w:t>
      </w:r>
      <w:r w:rsidR="00246077" w:rsidRPr="003273FB">
        <w:rPr>
          <w:lang w:val="pl-PL"/>
        </w:rPr>
        <w:t>9</w:t>
      </w:r>
      <w:r w:rsidRPr="003273FB">
        <w:rPr>
          <w:lang w:val="pl-PL"/>
        </w:rPr>
        <w:t xml:space="preserve"> r.</w:t>
      </w:r>
    </w:p>
    <w:p w14:paraId="64ED2027" w14:textId="3A4E33EB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lastRenderedPageBreak/>
        <w:t>1</w:t>
      </w:r>
      <w:r w:rsidR="003A2993" w:rsidRPr="003273FB">
        <w:rPr>
          <w:lang w:val="pl-PL"/>
        </w:rPr>
        <w:t>7</w:t>
      </w:r>
      <w:r w:rsidRPr="003273FB">
        <w:rPr>
          <w:lang w:val="pl-PL"/>
        </w:rPr>
        <w:t>.  Środki publiczne muszą być wydatkowane zgodnie z kosztorysem wskazanym w treści oferty. Dopuszczalne są przesunięcia do 20% wartości pozycji kosztorysowej. Przesunięcia powyżej 20% wymagają zgody Zleceniodawcy i aktualizacji kalkulacji przewidywanych kosztów.</w:t>
      </w:r>
    </w:p>
    <w:p w14:paraId="77F777EB" w14:textId="2D354BC4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</w:t>
      </w:r>
      <w:r w:rsidR="003A2993" w:rsidRPr="003273FB">
        <w:rPr>
          <w:lang w:val="pl-PL"/>
        </w:rPr>
        <w:t>8</w:t>
      </w:r>
      <w:r w:rsidRPr="003273FB">
        <w:rPr>
          <w:lang w:val="pl-PL"/>
        </w:rPr>
        <w:t>.  Środki publiczne przyznane w ramach konkursu nie mogą obejmować kosztów realizacji zadania poniesionych przed ich przyznaniem i zawarciem umowy.</w:t>
      </w:r>
    </w:p>
    <w:p w14:paraId="6BC066F5" w14:textId="0849043C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</w:t>
      </w:r>
      <w:r w:rsidR="003A2993" w:rsidRPr="003273FB">
        <w:rPr>
          <w:lang w:val="pl-PL"/>
        </w:rPr>
        <w:t>9</w:t>
      </w:r>
      <w:r w:rsidRPr="003273FB">
        <w:rPr>
          <w:lang w:val="pl-PL"/>
        </w:rPr>
        <w:t>.  Oferent ubiegający się o realizację zadania publicznego zobowiązany jest uwzględnić realizację całości zadania objętego konkursem.</w:t>
      </w:r>
    </w:p>
    <w:p w14:paraId="4F3AB71E" w14:textId="4FC3AD02" w:rsidR="00036D1B" w:rsidRPr="003273FB" w:rsidRDefault="003A2993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20. Wójt Gminy Gródek nad Dunajcem zastrzega sobie prawo do: odwołania konkursu przed upływem terminu składania ofert; odstąpienia od rozstrzygnięcia konkursu lub niewyłonienia żadnej oferty, w szczególności w przypadku nieuzyskania środków finansowych na realizację zadania; niezawarcia umowy z wyłonionym oferentem w przypadku, o którym mowa w § 3 pkt 5; dofinansowania jednej oferty lub niedofinansowania żadnej z ofert. Konkurs podlega unieważnieniu w przypadkach określonych w art. 18a ustawy o działalności pożytku publicznego i o wolontariacie, tj. gdy nie złożono żadnej oferty albo żadna ze złożonych ofert nie spełnia wymogów zawartych w ogłoszeniu.</w:t>
      </w:r>
    </w:p>
    <w:p w14:paraId="1A8FEC51" w14:textId="71B8AD31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2</w:t>
      </w:r>
      <w:r w:rsidR="003A2993" w:rsidRPr="003273FB">
        <w:rPr>
          <w:lang w:val="pl-PL"/>
        </w:rPr>
        <w:t>1</w:t>
      </w:r>
      <w:r w:rsidRPr="003273FB">
        <w:rPr>
          <w:lang w:val="pl-PL"/>
        </w:rPr>
        <w:t xml:space="preserve">.  Nadzór nad realizacją zadania publicznego, o którym mowa w § 2, powierza się Kierownikowi </w:t>
      </w:r>
      <w:r w:rsidR="00F23D38" w:rsidRPr="003273FB">
        <w:rPr>
          <w:lang w:val="pl-PL"/>
        </w:rPr>
        <w:t xml:space="preserve">  Gminnego </w:t>
      </w:r>
      <w:r w:rsidRPr="003273FB">
        <w:rPr>
          <w:lang w:val="pl-PL"/>
        </w:rPr>
        <w:t>Ośrodka Pomocy Społecznej w Gródku nad Dunajcem.</w:t>
      </w:r>
    </w:p>
    <w:p w14:paraId="554F0168" w14:textId="77777777" w:rsidR="00036D1B" w:rsidRPr="003273FB" w:rsidRDefault="00000000">
      <w:pPr>
        <w:keepNext/>
        <w:spacing w:before="200" w:after="40"/>
        <w:jc w:val="center"/>
        <w:rPr>
          <w:lang w:val="pl-PL"/>
        </w:rPr>
      </w:pPr>
      <w:r w:rsidRPr="003273FB">
        <w:rPr>
          <w:b/>
          <w:lang w:val="pl-PL"/>
        </w:rPr>
        <w:t>§ 8</w:t>
      </w:r>
    </w:p>
    <w:p w14:paraId="52F5C8CC" w14:textId="77777777" w:rsidR="00036D1B" w:rsidRPr="003273FB" w:rsidRDefault="00000000">
      <w:pPr>
        <w:spacing w:after="160"/>
        <w:jc w:val="center"/>
        <w:rPr>
          <w:lang w:val="pl-PL"/>
        </w:rPr>
      </w:pPr>
      <w:r w:rsidRPr="003273FB">
        <w:rPr>
          <w:b/>
          <w:lang w:val="pl-PL"/>
        </w:rPr>
        <w:t>Ogólne zasady kwalifikowalności kosztów</w:t>
      </w:r>
    </w:p>
    <w:p w14:paraId="3A252808" w14:textId="77777777" w:rsidR="00036D1B" w:rsidRPr="003273FB" w:rsidRDefault="00000000">
      <w:pPr>
        <w:spacing w:after="80"/>
        <w:jc w:val="both"/>
        <w:rPr>
          <w:lang w:val="pl-PL"/>
        </w:rPr>
      </w:pPr>
      <w:r w:rsidRPr="003273FB">
        <w:rPr>
          <w:lang w:val="pl-PL"/>
        </w:rPr>
        <w:t>Koszty zostaną uznane za kwalifikowalne, pod warunkiem że nie są finansowane z innych źródeł, gdy:</w:t>
      </w:r>
    </w:p>
    <w:p w14:paraId="3E7D804A" w14:textId="77777777" w:rsidR="00036D1B" w:rsidRPr="003273FB" w:rsidRDefault="00000000">
      <w:pPr>
        <w:spacing w:after="60"/>
        <w:ind w:left="624" w:hanging="340"/>
        <w:jc w:val="both"/>
        <w:rPr>
          <w:lang w:val="pl-PL"/>
        </w:rPr>
      </w:pPr>
      <w:r w:rsidRPr="003273FB">
        <w:rPr>
          <w:lang w:val="pl-PL"/>
        </w:rPr>
        <w:t>a)  związane są z realizowanym zadaniem i są niezbędne do jego realizacji,</w:t>
      </w:r>
    </w:p>
    <w:p w14:paraId="6FAF785D" w14:textId="77777777" w:rsidR="00036D1B" w:rsidRPr="003273FB" w:rsidRDefault="00000000">
      <w:pPr>
        <w:spacing w:after="60"/>
        <w:ind w:left="624" w:hanging="340"/>
        <w:jc w:val="both"/>
        <w:rPr>
          <w:lang w:val="pl-PL"/>
        </w:rPr>
      </w:pPr>
      <w:r w:rsidRPr="003273FB">
        <w:rPr>
          <w:lang w:val="pl-PL"/>
        </w:rPr>
        <w:t>b)  są zgodne z zatwierdzonym kosztorysem,</w:t>
      </w:r>
    </w:p>
    <w:p w14:paraId="39A96DB0" w14:textId="77777777" w:rsidR="00036D1B" w:rsidRPr="003273FB" w:rsidRDefault="00000000">
      <w:pPr>
        <w:spacing w:after="60"/>
        <w:ind w:left="624" w:hanging="340"/>
        <w:jc w:val="both"/>
        <w:rPr>
          <w:lang w:val="pl-PL"/>
        </w:rPr>
      </w:pPr>
      <w:r w:rsidRPr="003273FB">
        <w:rPr>
          <w:lang w:val="pl-PL"/>
        </w:rPr>
        <w:t>c)  są racjonalne i efektywne oraz spełniają wymogi efektywnego zarządzania finansami (relacja nakład/rezultat),</w:t>
      </w:r>
    </w:p>
    <w:p w14:paraId="33E1D3FA" w14:textId="77777777" w:rsidR="00036D1B" w:rsidRPr="003273FB" w:rsidRDefault="00000000">
      <w:pPr>
        <w:spacing w:after="60"/>
        <w:ind w:left="624" w:hanging="340"/>
        <w:jc w:val="both"/>
        <w:rPr>
          <w:lang w:val="pl-PL"/>
        </w:rPr>
      </w:pPr>
      <w:r w:rsidRPr="003273FB">
        <w:rPr>
          <w:lang w:val="pl-PL"/>
        </w:rPr>
        <w:t>d)  odzwierciedlają koszty rzeczywiste i są skalkulowane proporcjonalnie dla zadania objętego finansowaniem,</w:t>
      </w:r>
    </w:p>
    <w:p w14:paraId="798DEBE4" w14:textId="77777777" w:rsidR="00036D1B" w:rsidRPr="003273FB" w:rsidRDefault="00000000">
      <w:pPr>
        <w:spacing w:after="60"/>
        <w:ind w:left="624" w:hanging="340"/>
        <w:jc w:val="both"/>
        <w:rPr>
          <w:lang w:val="pl-PL"/>
        </w:rPr>
      </w:pPr>
      <w:r w:rsidRPr="003273FB">
        <w:rPr>
          <w:lang w:val="pl-PL"/>
        </w:rPr>
        <w:t>e)  zostały faktycznie poniesione w okresie realizacji zadania objętego konkursem,</w:t>
      </w:r>
    </w:p>
    <w:p w14:paraId="549F945F" w14:textId="77777777" w:rsidR="00036D1B" w:rsidRPr="003273FB" w:rsidRDefault="00000000">
      <w:pPr>
        <w:spacing w:after="60"/>
        <w:ind w:left="624" w:hanging="340"/>
        <w:jc w:val="both"/>
        <w:rPr>
          <w:lang w:val="pl-PL"/>
        </w:rPr>
      </w:pPr>
      <w:r w:rsidRPr="003273FB">
        <w:rPr>
          <w:lang w:val="pl-PL"/>
        </w:rPr>
        <w:t>f)  poparte są właściwymi dowodami księgowymi (faktury, umowy oraz rachunki do umów) oraz zostały prawidłowo odzwierciedlone w ewidencji księgowej.</w:t>
      </w:r>
    </w:p>
    <w:p w14:paraId="090BD4CF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1.  Kosztami kwalifikowanymi są koszty realizacji usług oraz koszty administracyjne w wysokości do 20% kosztów bezpośrednich zadania.</w:t>
      </w:r>
    </w:p>
    <w:p w14:paraId="25EFC9F0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2.  Wydatki poniesione na wynagrodzenie personelu zaangażowanego na podstawie stosunku cywilnoprawnego są kwalifikowane, o ile są zgodne z Wytycznymi dotyczącymi kwalifikowalności wydatków na lata 2021–2027.</w:t>
      </w:r>
    </w:p>
    <w:p w14:paraId="7B22D3A0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3.  W przypadku, gdy po zakończeniu realizacji zadania publicznego okaże się, że wartość poniesionych kosztów jest niższa niż kwota zadeklarowana w ofercie, Oferent ma obowiązek dokonania zwrotu niewykorzystanych środków.</w:t>
      </w:r>
    </w:p>
    <w:p w14:paraId="021DA05B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4.  Wszystkie inne koszty niż wymienione powyżej uznaje się za niekwalifikowalne.</w:t>
      </w:r>
    </w:p>
    <w:p w14:paraId="459D8705" w14:textId="77777777" w:rsidR="00036D1B" w:rsidRPr="003273FB" w:rsidRDefault="00036D1B">
      <w:pPr>
        <w:spacing w:after="160"/>
        <w:jc w:val="both"/>
        <w:rPr>
          <w:lang w:val="pl-PL"/>
        </w:rPr>
      </w:pPr>
    </w:p>
    <w:p w14:paraId="47519AFE" w14:textId="77777777" w:rsidR="00036D1B" w:rsidRPr="003273FB" w:rsidRDefault="00000000">
      <w:pPr>
        <w:keepNext/>
        <w:spacing w:before="200" w:after="40"/>
        <w:jc w:val="center"/>
        <w:rPr>
          <w:lang w:val="pl-PL"/>
        </w:rPr>
      </w:pPr>
      <w:r w:rsidRPr="003273FB">
        <w:rPr>
          <w:b/>
          <w:lang w:val="pl-PL"/>
        </w:rPr>
        <w:t>§ 9</w:t>
      </w:r>
    </w:p>
    <w:p w14:paraId="20B3DA64" w14:textId="77777777" w:rsidR="00036D1B" w:rsidRPr="003273FB" w:rsidRDefault="00000000">
      <w:pPr>
        <w:spacing w:after="160"/>
        <w:jc w:val="center"/>
        <w:rPr>
          <w:lang w:val="pl-PL"/>
        </w:rPr>
      </w:pPr>
      <w:r w:rsidRPr="003273FB">
        <w:rPr>
          <w:b/>
          <w:lang w:val="pl-PL"/>
        </w:rPr>
        <w:t>Warunki składania ofert</w:t>
      </w:r>
    </w:p>
    <w:p w14:paraId="2ECDF92F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1.  Warunkiem przystąpienia do konkursu jest złożenie oferty realizacji zadania publicznego.</w:t>
      </w:r>
    </w:p>
    <w:p w14:paraId="2EDD4529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2.  Oferta musi spełniać wymagania określone w art. 14 ust. 1 ustawy z dnia 24 kwietnia 2003 r. o działalności pożytku publicznego i o wolontariacie.</w:t>
      </w:r>
    </w:p>
    <w:p w14:paraId="79B2FB80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lastRenderedPageBreak/>
        <w:t>3.  Wzór oferty stanowi załącznik nr 1 do niniejszego ogłoszenia i jest zgodny z załącznikiem nr 1 do rozporządzenia, o którym mowa w § 1 pkt 3, w brzmieniu obowiązującym w dniu ogłoszenia niniejszego konkursu. Jeżeli przed upływem terminu składania ofert wejdzie w życie nowe rozporządzenie określające wzór oferty realizacji zadania publicznego, a z jego przepisów przejściowych wynikać będzie obowiązek zastosowania nowego wzoru do konkursów ogłoszonych przed dniem jego wejścia w życie, ogłaszający niezwłocznie opublikuje aktualny wzór oferty w sposób wskazany w § 13 oraz odpowiednio przedłuży termin składania ofert. W pozostałych przypadkach ofertę składa się na wzorze stanowiącym załącznik nr 1 do niniejszego ogłoszenia.</w:t>
      </w:r>
    </w:p>
    <w:p w14:paraId="626753E3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4.  Oferta powinna być podpisana przez osobę lub osoby upoważnione do składania oświadczeń woli, zgodnie ze statutem lub innym dokumentem albo rejestrem określającym sposób reprezentacji.</w:t>
      </w:r>
    </w:p>
    <w:p w14:paraId="310A0501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5.  Oferta winna być złożona w formie papierowej, w jednym egzemplarzu, w oryginale, w sposób umożliwiający dopięcie jej jako załącznika do umowy, wraz z następującymi załącznikami:</w:t>
      </w:r>
    </w:p>
    <w:p w14:paraId="686ED386" w14:textId="77777777" w:rsidR="00036D1B" w:rsidRPr="003273FB" w:rsidRDefault="00000000">
      <w:pPr>
        <w:spacing w:after="60"/>
        <w:ind w:left="850" w:hanging="340"/>
        <w:jc w:val="both"/>
        <w:rPr>
          <w:lang w:val="pl-PL"/>
        </w:rPr>
      </w:pPr>
      <w:r w:rsidRPr="003273FB">
        <w:rPr>
          <w:lang w:val="pl-PL"/>
        </w:rPr>
        <w:t>a)  w przypadku, gdy oferent nie podlega wpisowi w Krajowym Rejestrze Sądowym – kopia aktualnego wyciągu z innego rejestru lub ewidencji, ewentualnie inny dokument potwierdzający status prawny oferenta i umocowanie osób go reprezentujących;</w:t>
      </w:r>
    </w:p>
    <w:p w14:paraId="7EB5A58D" w14:textId="77777777" w:rsidR="00036D1B" w:rsidRPr="003273FB" w:rsidRDefault="00000000">
      <w:pPr>
        <w:spacing w:after="60"/>
        <w:ind w:left="850" w:hanging="340"/>
        <w:jc w:val="both"/>
        <w:rPr>
          <w:lang w:val="pl-PL"/>
        </w:rPr>
      </w:pPr>
      <w:r w:rsidRPr="003273FB">
        <w:rPr>
          <w:lang w:val="pl-PL"/>
        </w:rPr>
        <w:t>b)  w przypadku wyboru innego sposobu reprezentacji oferentów składających ofertę niż wynikający z Krajowego Rejestru Sądowego lub innego właściwego rejestru – dokument potwierdzający upoważnienie do działania w imieniu oferenta(-ów);</w:t>
      </w:r>
    </w:p>
    <w:p w14:paraId="199D0551" w14:textId="77777777" w:rsidR="00036D1B" w:rsidRPr="003273FB" w:rsidRDefault="00000000">
      <w:pPr>
        <w:spacing w:after="60"/>
        <w:ind w:left="850" w:hanging="340"/>
        <w:jc w:val="both"/>
        <w:rPr>
          <w:lang w:val="pl-PL"/>
        </w:rPr>
      </w:pPr>
      <w:r w:rsidRPr="003273FB">
        <w:rPr>
          <w:lang w:val="pl-PL"/>
        </w:rPr>
        <w:t>c)  oświadczenia oferenta stanowiące załączniki nr 2 i nr 3 do niniejszego ogłoszenia;</w:t>
      </w:r>
    </w:p>
    <w:p w14:paraId="37E1A7E7" w14:textId="77777777" w:rsidR="00036D1B" w:rsidRPr="003273FB" w:rsidRDefault="00000000">
      <w:pPr>
        <w:spacing w:after="60"/>
        <w:ind w:left="850" w:hanging="340"/>
        <w:jc w:val="both"/>
        <w:rPr>
          <w:lang w:val="pl-PL"/>
        </w:rPr>
      </w:pPr>
      <w:r w:rsidRPr="003273FB">
        <w:rPr>
          <w:lang w:val="pl-PL"/>
        </w:rPr>
        <w:t>d)  inne załączniki mogące mieć znaczenie przy ocenie merytorycznej oferty, np. listy intencyjne, rekomendacje dotyczące dotychczasowego doświadczenia.</w:t>
      </w:r>
    </w:p>
    <w:p w14:paraId="66F31A96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6.  Oferent może złożyć w konkursie tylko jedną ofertę. W przypadku złożenia więcej niż jednej oferty wszystkie zostaną odrzucone ze względów formalnych.</w:t>
      </w:r>
    </w:p>
    <w:p w14:paraId="174FEC3F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7.  Złożone oferty podlegają ocenie formalnej i merytorycznej.</w:t>
      </w:r>
    </w:p>
    <w:p w14:paraId="7026FB1C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8.  W przypadku złożenia oferty wspólnej wszyscy oferenci muszą spełniać wymogi wskazane w niniejszym ogłoszeniu.</w:t>
      </w:r>
    </w:p>
    <w:p w14:paraId="227C534A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9.  Ofertę należy złożyć w zamkniętej kopercie oznaczonej w następujący sposób: „Oferta na konkurs ofert na realizację zadania publicznego pod nazwą: Realizacja usług społecznych na terenie Gminy Gródek nad Dunajcem”.</w:t>
      </w:r>
    </w:p>
    <w:p w14:paraId="169409F0" w14:textId="77777777" w:rsidR="00036D1B" w:rsidRPr="003273FB" w:rsidRDefault="00036D1B">
      <w:pPr>
        <w:spacing w:after="160"/>
        <w:jc w:val="both"/>
        <w:rPr>
          <w:lang w:val="pl-PL"/>
        </w:rPr>
      </w:pPr>
    </w:p>
    <w:p w14:paraId="484DFDAD" w14:textId="77777777" w:rsidR="00036D1B" w:rsidRPr="003273FB" w:rsidRDefault="00000000">
      <w:pPr>
        <w:keepNext/>
        <w:spacing w:before="200" w:after="40"/>
        <w:jc w:val="center"/>
        <w:rPr>
          <w:lang w:val="pl-PL"/>
        </w:rPr>
      </w:pPr>
      <w:r w:rsidRPr="003273FB">
        <w:rPr>
          <w:b/>
          <w:lang w:val="pl-PL"/>
        </w:rPr>
        <w:t>§ 10</w:t>
      </w:r>
    </w:p>
    <w:p w14:paraId="7309A63E" w14:textId="77777777" w:rsidR="00036D1B" w:rsidRPr="003273FB" w:rsidRDefault="00000000">
      <w:pPr>
        <w:spacing w:after="160"/>
        <w:jc w:val="center"/>
        <w:rPr>
          <w:lang w:val="pl-PL"/>
        </w:rPr>
      </w:pPr>
      <w:r w:rsidRPr="003273FB">
        <w:rPr>
          <w:b/>
          <w:lang w:val="pl-PL"/>
        </w:rPr>
        <w:t>Wymogi formalne</w:t>
      </w:r>
    </w:p>
    <w:p w14:paraId="543B94E7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1.  Złożenie jednej oferty w podanym terminie i miejscu.</w:t>
      </w:r>
    </w:p>
    <w:p w14:paraId="0CCC4FD7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2.  Złożenie oferty przez uprawniony podmiot, wskazany w ogłoszeniu.</w:t>
      </w:r>
    </w:p>
    <w:p w14:paraId="151FB07E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3.  Wypełnienie wszystkich pól i rubryk w ofercie.</w:t>
      </w:r>
    </w:p>
    <w:p w14:paraId="7BC28CE3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4.  Złożenie oferty na obowiązującym wzorze, podpisanej przez osobę lub osoby upoważnione do składania oświadczeń woli, wraz z pieczątkami imiennymi, a w przypadku braku którejkolwiek pieczątki imiennej – czytelnymi podpisami oraz pieczątką nagłówkową oferenta.</w:t>
      </w:r>
    </w:p>
    <w:p w14:paraId="71A3ECBA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5.  Złożenie wszystkich wymaganych dokumentów zawartych w ogłoszeniu konkursowym, opatrzonych datą, pieczęcią oraz podpisem osób uprawnionych do reprezentowania podmiotu, w tym oświadczenia stanowiącego załącznik nr 2.</w:t>
      </w:r>
    </w:p>
    <w:p w14:paraId="38BD9CF9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 xml:space="preserve">6.  Niepodleganie wykluczeniu na podstawie art. 7 ust. 1 w związku z art. 7 pkt 9 ustawy z dnia 13 kwietnia 2022 r. o szczególnych rozwiązaniach w zakresie przeciwdziałania wspieraniu agresji </w:t>
      </w:r>
      <w:r w:rsidRPr="003273FB">
        <w:rPr>
          <w:lang w:val="pl-PL"/>
        </w:rPr>
        <w:lastRenderedPageBreak/>
        <w:t>na Ukrainę oraz służących ochronie bezpieczeństwa narodowego – złożenie oświadczenia zgodnie z załącznikiem nr 3.</w:t>
      </w:r>
    </w:p>
    <w:p w14:paraId="5D3BCA9B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7.  Zgodność oferty z zadaniem konkursowym wg kryteriów wskazanych w zał. nr 4 – KARTA OCENY OFERTY.</w:t>
      </w:r>
    </w:p>
    <w:p w14:paraId="59D88774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8.  Oferentem winien być podmiot prowadzący statutową działalność w zakresie objętym konkursem.</w:t>
      </w:r>
    </w:p>
    <w:p w14:paraId="62D1639A" w14:textId="77777777" w:rsidR="00036D1B" w:rsidRPr="003273FB" w:rsidRDefault="00036D1B">
      <w:pPr>
        <w:spacing w:after="160"/>
        <w:jc w:val="both"/>
        <w:rPr>
          <w:lang w:val="pl-PL"/>
        </w:rPr>
      </w:pPr>
    </w:p>
    <w:p w14:paraId="15E6EB75" w14:textId="77777777" w:rsidR="00036D1B" w:rsidRPr="003273FB" w:rsidRDefault="00000000">
      <w:pPr>
        <w:keepNext/>
        <w:spacing w:before="200" w:after="40"/>
        <w:jc w:val="center"/>
        <w:rPr>
          <w:lang w:val="pl-PL"/>
        </w:rPr>
      </w:pPr>
      <w:r w:rsidRPr="003273FB">
        <w:rPr>
          <w:b/>
          <w:lang w:val="pl-PL"/>
        </w:rPr>
        <w:t>§ 11</w:t>
      </w:r>
    </w:p>
    <w:p w14:paraId="56E3992E" w14:textId="77777777" w:rsidR="00036D1B" w:rsidRPr="003273FB" w:rsidRDefault="00000000">
      <w:pPr>
        <w:spacing w:after="160"/>
        <w:jc w:val="center"/>
        <w:rPr>
          <w:lang w:val="pl-PL"/>
        </w:rPr>
      </w:pPr>
      <w:r w:rsidRPr="003273FB">
        <w:rPr>
          <w:b/>
          <w:lang w:val="pl-PL"/>
        </w:rPr>
        <w:t>Miejsce i termin składania ofert</w:t>
      </w:r>
    </w:p>
    <w:p w14:paraId="747863F5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1.  Oferty należy składać osobiście lub za pośrednictwem poczty do dnia 6 listopada 2026 r.</w:t>
      </w:r>
    </w:p>
    <w:p w14:paraId="499F9D92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2.  Oferty wraz z wymaganymi załącznikami należy składać osobiście w Urzędzie Gminy Gródek nad Dunajcem (dziennik podawczy) lub za pośrednictwem poczty na adres: Urząd Gminy Gródek nad Dunajcem, Gródek nad Dunajcem 54, 33-318 Gródek nad Dunajcem, w zaklejonej kopercie, w formie pisemnej, w nieprzekraczalnym terminie do dnia 6 listopada 2026 r. do godz. 15:00, z dopiskiem: „Oferta na konkurs ofert na realizację zadania publicznego pod nazwą: Realizacja usług społecznych na terenie Gminy Gródek nad Dunajcem”. Decyduje data wpływu do Urzędu, a nie data stempla pocztowego.</w:t>
      </w:r>
    </w:p>
    <w:p w14:paraId="0B6CD5B7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3.  Nie będą przyjmowane oferty przesyłane drogą elektroniczną.</w:t>
      </w:r>
    </w:p>
    <w:p w14:paraId="694F81A1" w14:textId="77777777" w:rsidR="00036D1B" w:rsidRPr="003273FB" w:rsidRDefault="00036D1B">
      <w:pPr>
        <w:spacing w:after="160"/>
        <w:jc w:val="both"/>
        <w:rPr>
          <w:lang w:val="pl-PL"/>
        </w:rPr>
      </w:pPr>
    </w:p>
    <w:p w14:paraId="2A2CE783" w14:textId="77777777" w:rsidR="00036D1B" w:rsidRPr="003273FB" w:rsidRDefault="00000000">
      <w:pPr>
        <w:keepNext/>
        <w:spacing w:before="200" w:after="40"/>
        <w:jc w:val="center"/>
        <w:rPr>
          <w:lang w:val="pl-PL"/>
        </w:rPr>
      </w:pPr>
      <w:r w:rsidRPr="003273FB">
        <w:rPr>
          <w:b/>
          <w:lang w:val="pl-PL"/>
        </w:rPr>
        <w:t>§ 12</w:t>
      </w:r>
    </w:p>
    <w:p w14:paraId="17BA6742" w14:textId="77777777" w:rsidR="00036D1B" w:rsidRPr="003273FB" w:rsidRDefault="00000000">
      <w:pPr>
        <w:spacing w:after="160"/>
        <w:jc w:val="center"/>
        <w:rPr>
          <w:lang w:val="pl-PL"/>
        </w:rPr>
      </w:pPr>
      <w:r w:rsidRPr="003273FB">
        <w:rPr>
          <w:b/>
          <w:lang w:val="pl-PL"/>
        </w:rPr>
        <w:t>Tryb i kryteria stosowane przy wyborze oferty</w:t>
      </w:r>
    </w:p>
    <w:p w14:paraId="6517FA35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1.  Złożone oferty będą opiniowane przez Komisję Konkursową powołaną zarządzeniem Wójta Gminy Gródek nad Dunajcem.</w:t>
      </w:r>
    </w:p>
    <w:p w14:paraId="63E6BC09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2.  Złożone oferty będą rozpatrywane pod względem formalnym i merytorycznym przez Komisję Konkursową.</w:t>
      </w:r>
    </w:p>
    <w:p w14:paraId="25C89DFB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3.  Komisja Konkursowa zaopiniuje oferty w terminie do 14 dni od daty zakończenia naboru ofert.</w:t>
      </w:r>
    </w:p>
    <w:p w14:paraId="1C617190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4.  Komisja Konkursowa przedstawi Wójtowi Gminy Gródek nad Dunajcem ofertę, którą rekomenduje do udzielenia dotacji.</w:t>
      </w:r>
    </w:p>
    <w:p w14:paraId="614E70CF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5.  Oferty złożone nieprawidłowo pod względem formalnym nie będą poddane weryfikacji merytorycznej.</w:t>
      </w:r>
    </w:p>
    <w:p w14:paraId="194AAAB1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6.  Weryfikacja merytoryczna ofert dokonana zostanie z uwzględnieniem następujących kryteriów:</w:t>
      </w:r>
    </w:p>
    <w:p w14:paraId="6082F495" w14:textId="77777777" w:rsidR="00036D1B" w:rsidRPr="003273FB" w:rsidRDefault="00036D1B">
      <w:pPr>
        <w:spacing w:after="120"/>
        <w:jc w:val="both"/>
        <w:rPr>
          <w:lang w:val="pl-PL"/>
        </w:rPr>
      </w:pPr>
    </w:p>
    <w:tbl>
      <w:tblPr>
        <w:tblStyle w:val="Tabela-Siatka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23"/>
        <w:gridCol w:w="4558"/>
        <w:gridCol w:w="4558"/>
      </w:tblGrid>
      <w:tr w:rsidR="00036D1B" w14:paraId="26A029BE" w14:textId="77777777">
        <w:trPr>
          <w:jc w:val="center"/>
        </w:trPr>
        <w:tc>
          <w:tcPr>
            <w:tcW w:w="700" w:type="dxa"/>
            <w:vAlign w:val="center"/>
          </w:tcPr>
          <w:p w14:paraId="1AEDDF62" w14:textId="77777777" w:rsidR="00036D1B" w:rsidRDefault="00000000">
            <w:pPr>
              <w:jc w:val="center"/>
            </w:pPr>
            <w:r>
              <w:rPr>
                <w:b/>
                <w:sz w:val="20"/>
              </w:rPr>
              <w:t>L.p.</w:t>
            </w:r>
          </w:p>
        </w:tc>
        <w:tc>
          <w:tcPr>
            <w:tcW w:w="7239" w:type="dxa"/>
            <w:vAlign w:val="center"/>
          </w:tcPr>
          <w:p w14:paraId="329F719E" w14:textId="77777777" w:rsidR="00036D1B" w:rsidRDefault="00000000">
            <w:pPr>
              <w:jc w:val="center"/>
            </w:pPr>
            <w:r>
              <w:rPr>
                <w:b/>
                <w:sz w:val="20"/>
              </w:rPr>
              <w:t>Kryteria</w:t>
            </w:r>
          </w:p>
        </w:tc>
        <w:tc>
          <w:tcPr>
            <w:tcW w:w="1700" w:type="dxa"/>
            <w:vAlign w:val="center"/>
          </w:tcPr>
          <w:p w14:paraId="29D68B06" w14:textId="77777777" w:rsidR="00036D1B" w:rsidRDefault="00000000">
            <w:pPr>
              <w:jc w:val="center"/>
            </w:pPr>
            <w:r>
              <w:rPr>
                <w:b/>
                <w:sz w:val="20"/>
              </w:rPr>
              <w:t>Punktacja</w:t>
            </w:r>
          </w:p>
        </w:tc>
      </w:tr>
      <w:tr w:rsidR="00036D1B" w14:paraId="7DE83B19" w14:textId="77777777">
        <w:trPr>
          <w:jc w:val="center"/>
        </w:trPr>
        <w:tc>
          <w:tcPr>
            <w:tcW w:w="700" w:type="dxa"/>
            <w:vAlign w:val="center"/>
          </w:tcPr>
          <w:p w14:paraId="696E1937" w14:textId="77777777" w:rsidR="00036D1B" w:rsidRDefault="00000000">
            <w:pPr>
              <w:jc w:val="center"/>
            </w:pPr>
            <w:r>
              <w:rPr>
                <w:sz w:val="20"/>
              </w:rPr>
              <w:t>1.</w:t>
            </w:r>
          </w:p>
        </w:tc>
        <w:tc>
          <w:tcPr>
            <w:tcW w:w="7239" w:type="dxa"/>
          </w:tcPr>
          <w:p w14:paraId="3FCA3FDA" w14:textId="77777777" w:rsidR="00036D1B" w:rsidRPr="003273FB" w:rsidRDefault="00000000">
            <w:pPr>
              <w:rPr>
                <w:lang w:val="pl-PL"/>
              </w:rPr>
            </w:pPr>
            <w:r w:rsidRPr="003273FB">
              <w:rPr>
                <w:sz w:val="20"/>
                <w:lang w:val="pl-PL"/>
              </w:rPr>
              <w:t>Możliwości realizacji zadania publicznego przez oferenta, w tym:</w:t>
            </w:r>
          </w:p>
          <w:p w14:paraId="4D00651D" w14:textId="77777777" w:rsidR="00036D1B" w:rsidRPr="003273FB" w:rsidRDefault="00000000">
            <w:pPr>
              <w:rPr>
                <w:lang w:val="pl-PL"/>
              </w:rPr>
            </w:pPr>
            <w:r w:rsidRPr="003273FB">
              <w:rPr>
                <w:sz w:val="20"/>
                <w:lang w:val="pl-PL"/>
              </w:rPr>
              <w:t>1. potencjał organizacyjny,</w:t>
            </w:r>
          </w:p>
          <w:p w14:paraId="2333D7FD" w14:textId="77777777" w:rsidR="00036D1B" w:rsidRPr="003273FB" w:rsidRDefault="00000000">
            <w:pPr>
              <w:rPr>
                <w:lang w:val="pl-PL"/>
              </w:rPr>
            </w:pPr>
            <w:r w:rsidRPr="003273FB">
              <w:rPr>
                <w:sz w:val="20"/>
                <w:lang w:val="pl-PL"/>
              </w:rPr>
              <w:t>2. doświadczenie oferenta w realizacji zadań podobnego typu.</w:t>
            </w:r>
          </w:p>
        </w:tc>
        <w:tc>
          <w:tcPr>
            <w:tcW w:w="1700" w:type="dxa"/>
            <w:vAlign w:val="center"/>
          </w:tcPr>
          <w:p w14:paraId="16F1BF35" w14:textId="77777777" w:rsidR="00036D1B" w:rsidRDefault="00000000">
            <w:pPr>
              <w:jc w:val="center"/>
            </w:pPr>
            <w:r>
              <w:rPr>
                <w:sz w:val="20"/>
              </w:rPr>
              <w:t>0–20</w:t>
            </w:r>
          </w:p>
          <w:p w14:paraId="534113DE" w14:textId="77777777" w:rsidR="00036D1B" w:rsidRDefault="00036D1B">
            <w:pPr>
              <w:jc w:val="center"/>
            </w:pPr>
          </w:p>
          <w:p w14:paraId="02A40DA9" w14:textId="77777777" w:rsidR="00036D1B" w:rsidRDefault="00000000">
            <w:pPr>
              <w:jc w:val="center"/>
            </w:pPr>
            <w:r>
              <w:rPr>
                <w:sz w:val="20"/>
              </w:rPr>
              <w:t>0–5</w:t>
            </w:r>
          </w:p>
          <w:p w14:paraId="6AACAFFC" w14:textId="77777777" w:rsidR="00036D1B" w:rsidRDefault="00000000">
            <w:pPr>
              <w:jc w:val="center"/>
            </w:pPr>
            <w:r>
              <w:rPr>
                <w:sz w:val="20"/>
              </w:rPr>
              <w:t>0–15</w:t>
            </w:r>
          </w:p>
        </w:tc>
      </w:tr>
      <w:tr w:rsidR="00036D1B" w14:paraId="0498208B" w14:textId="77777777">
        <w:trPr>
          <w:jc w:val="center"/>
        </w:trPr>
        <w:tc>
          <w:tcPr>
            <w:tcW w:w="700" w:type="dxa"/>
            <w:vAlign w:val="center"/>
          </w:tcPr>
          <w:p w14:paraId="51303C25" w14:textId="77777777" w:rsidR="00036D1B" w:rsidRDefault="00000000">
            <w:pPr>
              <w:jc w:val="center"/>
            </w:pPr>
            <w:r>
              <w:rPr>
                <w:sz w:val="20"/>
              </w:rPr>
              <w:t>2.</w:t>
            </w:r>
          </w:p>
        </w:tc>
        <w:tc>
          <w:tcPr>
            <w:tcW w:w="7239" w:type="dxa"/>
          </w:tcPr>
          <w:p w14:paraId="42804044" w14:textId="77777777" w:rsidR="00036D1B" w:rsidRPr="003273FB" w:rsidRDefault="00000000">
            <w:pPr>
              <w:rPr>
                <w:lang w:val="pl-PL"/>
              </w:rPr>
            </w:pPr>
            <w:r w:rsidRPr="003273FB">
              <w:rPr>
                <w:sz w:val="20"/>
                <w:lang w:val="pl-PL"/>
              </w:rPr>
              <w:t>Kalkulacja kosztów realizacji zadania publicznego, w tym w odniesieniu do zakresu rzeczowego zadania (przejrzysta konstrukcja kosztorysu, adekwatność kosztów do założonych działań, ocena wysokości wydatków).</w:t>
            </w:r>
          </w:p>
        </w:tc>
        <w:tc>
          <w:tcPr>
            <w:tcW w:w="1700" w:type="dxa"/>
            <w:vAlign w:val="center"/>
          </w:tcPr>
          <w:p w14:paraId="4D2E4EF6" w14:textId="77777777" w:rsidR="00036D1B" w:rsidRDefault="00000000">
            <w:pPr>
              <w:jc w:val="center"/>
            </w:pPr>
            <w:r>
              <w:rPr>
                <w:sz w:val="20"/>
              </w:rPr>
              <w:t>0–30</w:t>
            </w:r>
          </w:p>
        </w:tc>
      </w:tr>
      <w:tr w:rsidR="00036D1B" w14:paraId="7500772A" w14:textId="77777777">
        <w:trPr>
          <w:jc w:val="center"/>
        </w:trPr>
        <w:tc>
          <w:tcPr>
            <w:tcW w:w="700" w:type="dxa"/>
            <w:vAlign w:val="center"/>
          </w:tcPr>
          <w:p w14:paraId="5B251A8F" w14:textId="77777777" w:rsidR="00036D1B" w:rsidRDefault="00000000">
            <w:pPr>
              <w:jc w:val="center"/>
            </w:pPr>
            <w:r>
              <w:rPr>
                <w:sz w:val="20"/>
              </w:rPr>
              <w:t>3.</w:t>
            </w:r>
          </w:p>
        </w:tc>
        <w:tc>
          <w:tcPr>
            <w:tcW w:w="7239" w:type="dxa"/>
          </w:tcPr>
          <w:p w14:paraId="3978C447" w14:textId="77777777" w:rsidR="00036D1B" w:rsidRPr="003273FB" w:rsidRDefault="00000000">
            <w:pPr>
              <w:rPr>
                <w:lang w:val="pl-PL"/>
              </w:rPr>
            </w:pPr>
            <w:r w:rsidRPr="003273FB">
              <w:rPr>
                <w:sz w:val="20"/>
                <w:lang w:val="pl-PL"/>
              </w:rPr>
              <w:t xml:space="preserve">Proponowana jakość wykonania zadania i kwalifikacje osób, przy udziale których oferent będzie realizować zadanie publiczne (uzasadnienie potrzeby realizacji projektu, określenie celu, efektów </w:t>
            </w:r>
            <w:r w:rsidRPr="003273FB">
              <w:rPr>
                <w:sz w:val="20"/>
                <w:lang w:val="pl-PL"/>
              </w:rPr>
              <w:lastRenderedPageBreak/>
              <w:t>i rezultatów działań, spójność, realność realizacji działań przy zaproponowanym harmonogramie, zasadność wydatków, kwalifikacje osób uczestniczących w realizacji zadań, zgodność działań z opisem grupy adresatów).</w:t>
            </w:r>
          </w:p>
        </w:tc>
        <w:tc>
          <w:tcPr>
            <w:tcW w:w="1700" w:type="dxa"/>
            <w:vAlign w:val="center"/>
          </w:tcPr>
          <w:p w14:paraId="690EB9F2" w14:textId="77777777" w:rsidR="00036D1B" w:rsidRDefault="00000000">
            <w:pPr>
              <w:jc w:val="center"/>
            </w:pPr>
            <w:r>
              <w:rPr>
                <w:sz w:val="20"/>
              </w:rPr>
              <w:lastRenderedPageBreak/>
              <w:t>0–30</w:t>
            </w:r>
          </w:p>
        </w:tc>
      </w:tr>
      <w:tr w:rsidR="00036D1B" w14:paraId="2CDC6299" w14:textId="77777777">
        <w:trPr>
          <w:jc w:val="center"/>
        </w:trPr>
        <w:tc>
          <w:tcPr>
            <w:tcW w:w="700" w:type="dxa"/>
            <w:vAlign w:val="center"/>
          </w:tcPr>
          <w:p w14:paraId="2DE888EF" w14:textId="77777777" w:rsidR="00036D1B" w:rsidRDefault="00000000">
            <w:pPr>
              <w:jc w:val="center"/>
            </w:pPr>
            <w:r>
              <w:rPr>
                <w:sz w:val="20"/>
              </w:rPr>
              <w:t>4.</w:t>
            </w:r>
          </w:p>
        </w:tc>
        <w:tc>
          <w:tcPr>
            <w:tcW w:w="7239" w:type="dxa"/>
          </w:tcPr>
          <w:p w14:paraId="4CDA0A45" w14:textId="77777777" w:rsidR="00036D1B" w:rsidRPr="003273FB" w:rsidRDefault="00000000">
            <w:pPr>
              <w:rPr>
                <w:lang w:val="pl-PL"/>
              </w:rPr>
            </w:pPr>
            <w:r w:rsidRPr="003273FB">
              <w:rPr>
                <w:sz w:val="20"/>
                <w:lang w:val="pl-PL"/>
              </w:rPr>
              <w:t>Planowany wkład osobowy (w tym świadczenia wolontariuszy i praca społeczna członków) oraz wkład rzeczowy oferenta.</w:t>
            </w:r>
          </w:p>
        </w:tc>
        <w:tc>
          <w:tcPr>
            <w:tcW w:w="1700" w:type="dxa"/>
            <w:vAlign w:val="center"/>
          </w:tcPr>
          <w:p w14:paraId="63C8E3EA" w14:textId="77777777" w:rsidR="00036D1B" w:rsidRDefault="00000000">
            <w:pPr>
              <w:jc w:val="center"/>
            </w:pPr>
            <w:r>
              <w:rPr>
                <w:sz w:val="20"/>
              </w:rPr>
              <w:t>0–6</w:t>
            </w:r>
          </w:p>
        </w:tc>
      </w:tr>
      <w:tr w:rsidR="00036D1B" w14:paraId="2D86E98D" w14:textId="77777777">
        <w:trPr>
          <w:jc w:val="center"/>
        </w:trPr>
        <w:tc>
          <w:tcPr>
            <w:tcW w:w="700" w:type="dxa"/>
            <w:vAlign w:val="center"/>
          </w:tcPr>
          <w:p w14:paraId="1DBF5237" w14:textId="77777777" w:rsidR="00036D1B" w:rsidRDefault="00000000">
            <w:pPr>
              <w:jc w:val="center"/>
            </w:pPr>
            <w:r>
              <w:rPr>
                <w:sz w:val="20"/>
              </w:rPr>
              <w:t>5.</w:t>
            </w:r>
          </w:p>
        </w:tc>
        <w:tc>
          <w:tcPr>
            <w:tcW w:w="7239" w:type="dxa"/>
          </w:tcPr>
          <w:p w14:paraId="4FC1B829" w14:textId="77777777" w:rsidR="00036D1B" w:rsidRPr="003273FB" w:rsidRDefault="00000000">
            <w:pPr>
              <w:rPr>
                <w:lang w:val="pl-PL"/>
              </w:rPr>
            </w:pPr>
            <w:r w:rsidRPr="003273FB">
              <w:rPr>
                <w:sz w:val="20"/>
                <w:lang w:val="pl-PL"/>
              </w:rPr>
              <w:t>Analiza i ocena realizacji zleconych zadań publicznych oferenta, które w latach poprzednich realizował, biorąc pod uwagę rzetelność i terminowość oraz sposób rozliczenia otrzymanych na ten cel środków.</w:t>
            </w:r>
          </w:p>
        </w:tc>
        <w:tc>
          <w:tcPr>
            <w:tcW w:w="1700" w:type="dxa"/>
            <w:vAlign w:val="center"/>
          </w:tcPr>
          <w:p w14:paraId="55C2CEDD" w14:textId="77777777" w:rsidR="00036D1B" w:rsidRDefault="00000000">
            <w:pPr>
              <w:jc w:val="center"/>
            </w:pPr>
            <w:r>
              <w:rPr>
                <w:sz w:val="20"/>
              </w:rPr>
              <w:t>0–10</w:t>
            </w:r>
          </w:p>
        </w:tc>
      </w:tr>
      <w:tr w:rsidR="00036D1B" w14:paraId="2652EC71" w14:textId="77777777">
        <w:trPr>
          <w:jc w:val="center"/>
        </w:trPr>
        <w:tc>
          <w:tcPr>
            <w:tcW w:w="700" w:type="dxa"/>
            <w:gridSpan w:val="2"/>
            <w:vAlign w:val="center"/>
          </w:tcPr>
          <w:p w14:paraId="2BBA83F7" w14:textId="77777777" w:rsidR="00036D1B" w:rsidRDefault="00000000">
            <w:pPr>
              <w:jc w:val="right"/>
            </w:pPr>
            <w:r>
              <w:rPr>
                <w:b/>
                <w:sz w:val="20"/>
              </w:rPr>
              <w:t>Suma punktów</w:t>
            </w:r>
          </w:p>
        </w:tc>
        <w:tc>
          <w:tcPr>
            <w:tcW w:w="7239" w:type="dxa"/>
            <w:vAlign w:val="center"/>
          </w:tcPr>
          <w:p w14:paraId="2D6567FC" w14:textId="77777777" w:rsidR="00036D1B" w:rsidRDefault="00000000">
            <w:pPr>
              <w:jc w:val="center"/>
            </w:pPr>
            <w:r>
              <w:rPr>
                <w:b/>
                <w:sz w:val="20"/>
              </w:rPr>
              <w:t>96</w:t>
            </w:r>
          </w:p>
        </w:tc>
      </w:tr>
    </w:tbl>
    <w:p w14:paraId="56455FE0" w14:textId="77777777" w:rsidR="00036D1B" w:rsidRDefault="00036D1B">
      <w:pPr>
        <w:spacing w:after="160"/>
        <w:jc w:val="both"/>
      </w:pPr>
    </w:p>
    <w:p w14:paraId="3E7BF063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7.  Szczegółowe rozbicie punktowe w poszczególnych kryteriach odzwierciedla Karta oceny oferty – cz. II Ocena merytoryczna.</w:t>
      </w:r>
    </w:p>
    <w:p w14:paraId="33C1E1E7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8.  Oferty zostaną odrzucone, jeżeli uzyskają łącznie ocenę poniżej 60 punktów.</w:t>
      </w:r>
    </w:p>
    <w:p w14:paraId="30042FE3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9.  Wyboru oferty, która otrzyma dofinansowanie, dokonuje niezwłocznie Wójt Gminy Gródek nad Dunajcem po zapoznaniu się z opinią Komisji Konkursowej.</w:t>
      </w:r>
    </w:p>
    <w:p w14:paraId="2BADF08E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10.  W przypadku, gdy kwota przyznanych środków publicznych jest niższa od określonej w ofercie, oferent może przyjąć zmniejszenie zakresu rzeczowego zadania lub wycofać ofertę.</w:t>
      </w:r>
    </w:p>
    <w:p w14:paraId="4AF2504D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11.  Wójt Gminy Gródek nad Dunajcem może odmówić podmiotowi wyłonionemu w konkursie przyznania środków publicznych wówczas, gdy podmiot lub jego reprezentanci utracą zdolność do czynności prawnych lub zostaną ujawnione nieznane wcześniej okoliczności podważające wiarygodność merytoryczną lub finansową oferenta.</w:t>
      </w:r>
    </w:p>
    <w:p w14:paraId="4CFF7635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12.  Do decyzji w sprawie wyboru oferty i udzielenia środków publicznych nie stosuje się trybu odwołania. Każdy może jednak, w terminie 30 dni od dnia ogłoszenia wyników konkursu, żądać uzasadnienia wyboru lub odrzucenia oferty (art. 15 ust. 2i ustawy o działalności pożytku publicznego i o wolontariacie).</w:t>
      </w:r>
    </w:p>
    <w:p w14:paraId="7F66C018" w14:textId="77777777" w:rsidR="00036D1B" w:rsidRPr="003273FB" w:rsidRDefault="00036D1B">
      <w:pPr>
        <w:spacing w:after="160"/>
        <w:jc w:val="both"/>
        <w:rPr>
          <w:lang w:val="pl-PL"/>
        </w:rPr>
      </w:pPr>
    </w:p>
    <w:p w14:paraId="23E447B1" w14:textId="77777777" w:rsidR="00036D1B" w:rsidRPr="003273FB" w:rsidRDefault="00000000">
      <w:pPr>
        <w:keepNext/>
        <w:spacing w:before="200" w:after="40"/>
        <w:jc w:val="center"/>
        <w:rPr>
          <w:lang w:val="pl-PL"/>
        </w:rPr>
      </w:pPr>
      <w:r w:rsidRPr="003273FB">
        <w:rPr>
          <w:b/>
          <w:lang w:val="pl-PL"/>
        </w:rPr>
        <w:t>§ 13</w:t>
      </w:r>
    </w:p>
    <w:p w14:paraId="079F053B" w14:textId="77777777" w:rsidR="00036D1B" w:rsidRPr="003273FB" w:rsidRDefault="00000000">
      <w:pPr>
        <w:spacing w:after="160"/>
        <w:jc w:val="center"/>
        <w:rPr>
          <w:lang w:val="pl-PL"/>
        </w:rPr>
      </w:pPr>
      <w:r w:rsidRPr="003273FB">
        <w:rPr>
          <w:b/>
          <w:lang w:val="pl-PL"/>
        </w:rPr>
        <w:t>Termin dokonania wyboru ofert</w:t>
      </w:r>
    </w:p>
    <w:p w14:paraId="7A985730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1.  Po zakończeniu procedury konkursowej Wójt Gminy Gródek nad Dunajcem niezwłocznie ogłosi informację o wynikach konkursu lub o jego unieważnieniu w Biuletynie Informacji Publicznej Gminy Gródek nad Dunajcem oraz Ośrodka Pomocy Społecznej w Gródku nad Dunajcem, na stronach internetowych Gminy Gródek nad Dunajcem i Ośrodka Pomocy Społecznej w Gródku nad Dunajcem, a także na tablicach ogłoszeń Urzędu Gminy Gródek nad Dunajcem oraz Ośrodka Pomocy Społecznej w Gródku nad Dunajcem.</w:t>
      </w:r>
    </w:p>
    <w:p w14:paraId="4155B377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2.  Rozstrzygnięcie konkursu nastąpi w terminie do 30 dni od dnia upływu terminu składania ofert. Ogłoszenie wyników konkursu nastąpi niezwłocznie po podjęciu decyzji przez Wójta Gminy Gródek nad Dunajcem i będzie zawierać co najmniej nazwę oferenta, nazwę zadania publicznego oraz wysokość przyznanych środków publicznych.</w:t>
      </w:r>
    </w:p>
    <w:p w14:paraId="0FD2ACC8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3.  Oferty wraz z załącznikami nie są zwracane oferentowi.</w:t>
      </w:r>
    </w:p>
    <w:p w14:paraId="203B3240" w14:textId="77777777" w:rsidR="00036D1B" w:rsidRPr="003273FB" w:rsidRDefault="00036D1B">
      <w:pPr>
        <w:spacing w:after="160"/>
        <w:jc w:val="both"/>
        <w:rPr>
          <w:lang w:val="pl-PL"/>
        </w:rPr>
      </w:pPr>
    </w:p>
    <w:p w14:paraId="1A038091" w14:textId="77777777" w:rsidR="00036D1B" w:rsidRPr="003273FB" w:rsidRDefault="00000000">
      <w:pPr>
        <w:keepNext/>
        <w:spacing w:before="200" w:after="40"/>
        <w:jc w:val="center"/>
        <w:rPr>
          <w:lang w:val="pl-PL"/>
        </w:rPr>
      </w:pPr>
      <w:r w:rsidRPr="003273FB">
        <w:rPr>
          <w:b/>
          <w:lang w:val="pl-PL"/>
        </w:rPr>
        <w:t>§ 14</w:t>
      </w:r>
    </w:p>
    <w:p w14:paraId="136800D0" w14:textId="77777777" w:rsidR="00036D1B" w:rsidRPr="003273FB" w:rsidRDefault="00000000">
      <w:pPr>
        <w:spacing w:after="160"/>
        <w:jc w:val="center"/>
        <w:rPr>
          <w:lang w:val="pl-PL"/>
        </w:rPr>
      </w:pPr>
      <w:r w:rsidRPr="003273FB">
        <w:rPr>
          <w:b/>
          <w:lang w:val="pl-PL"/>
        </w:rPr>
        <w:t>Umowa</w:t>
      </w:r>
    </w:p>
    <w:p w14:paraId="17F3DFA4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lastRenderedPageBreak/>
        <w:t>1.  Podstawą do zawarcia pisemnej umowy z oferentem jest zarządzenie Wójta Gminy Gródek nad Dunajcem w sprawie wyboru podmiotu i udzielenia środków publicznych. Umowa zostanie zawarta po otrzymaniu przez Zleceniodawcę informacji o przyznaniu grantu w ramach projektu grantowego „Premia społeczna” – IV nabór oraz po wprowadzeniu środków na realizację zadania do uchwały budżetowej – niezwłocznie po spełnieniu obu tych warunków, a przed zawarciem przez Zleceniodawcę umowy o powierzenie grantu, do której umowa z oferentem stanowi załącznik. W przypadku nieprzyznania grantu umowa nie zostanie zawarta (§ 3 pkt 5).</w:t>
      </w:r>
    </w:p>
    <w:p w14:paraId="01D75346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2.  Oferent może odstąpić od podpisania umowy na realizację zadania w przypadku przyznania środków publicznych niższych niż oczekiwane w ofercie. W takim przypadku ma obowiązek pisemnie powiadomić o swojej decyzji w ciągu 7 dni od otrzymania informacji o powierzeniu realizacji zadania publicznego.</w:t>
      </w:r>
    </w:p>
    <w:p w14:paraId="3CA25CDA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3.  Przed podpisaniem umowy oferent zobowiązany jest dostarczyć:</w:t>
      </w:r>
    </w:p>
    <w:p w14:paraId="3BD0E86C" w14:textId="77777777" w:rsidR="00036D1B" w:rsidRPr="003273FB" w:rsidRDefault="00000000">
      <w:pPr>
        <w:spacing w:after="60"/>
        <w:ind w:left="850" w:hanging="340"/>
        <w:jc w:val="both"/>
        <w:rPr>
          <w:lang w:val="pl-PL"/>
        </w:rPr>
      </w:pPr>
      <w:r w:rsidRPr="003273FB">
        <w:rPr>
          <w:lang w:val="pl-PL"/>
        </w:rPr>
        <w:t>a)  zaktualizowany kosztorys – w przypadku wprowadzenia koniecznych zmian w kosztorysie,</w:t>
      </w:r>
    </w:p>
    <w:p w14:paraId="58713DD1" w14:textId="77777777" w:rsidR="00036D1B" w:rsidRPr="003273FB" w:rsidRDefault="00000000">
      <w:pPr>
        <w:spacing w:after="60"/>
        <w:ind w:left="850" w:hanging="340"/>
        <w:jc w:val="both"/>
        <w:rPr>
          <w:lang w:val="pl-PL"/>
        </w:rPr>
      </w:pPr>
      <w:r w:rsidRPr="003273FB">
        <w:rPr>
          <w:lang w:val="pl-PL"/>
        </w:rPr>
        <w:t>b)  zaktualizowany harmonogram realizacji zadania podpisany przez osoby upoważnione – w przypadku wprowadzenia koniecznych zmian,</w:t>
      </w:r>
    </w:p>
    <w:p w14:paraId="0B5D58D1" w14:textId="77777777" w:rsidR="00036D1B" w:rsidRPr="003273FB" w:rsidRDefault="00000000">
      <w:pPr>
        <w:spacing w:after="60"/>
        <w:ind w:left="850" w:hanging="340"/>
        <w:jc w:val="both"/>
        <w:rPr>
          <w:lang w:val="pl-PL"/>
        </w:rPr>
      </w:pPr>
      <w:r w:rsidRPr="003273FB">
        <w:rPr>
          <w:lang w:val="pl-PL"/>
        </w:rPr>
        <w:t>c)  zaktualizowany opis poszczególnych działań podpisany przez osoby upoważnione – w przypadku wprowadzenia koniecznych zmian,</w:t>
      </w:r>
    </w:p>
    <w:p w14:paraId="1724EDE5" w14:textId="77777777" w:rsidR="00036D1B" w:rsidRPr="003273FB" w:rsidRDefault="00000000">
      <w:pPr>
        <w:spacing w:after="60"/>
        <w:ind w:left="850" w:hanging="340"/>
        <w:jc w:val="both"/>
        <w:rPr>
          <w:lang w:val="pl-PL"/>
        </w:rPr>
      </w:pPr>
      <w:r w:rsidRPr="003273FB">
        <w:rPr>
          <w:lang w:val="pl-PL"/>
        </w:rPr>
        <w:t>d)  oświadczenie oferenta o zgodności odpisu z rejestru ze stanem prawnym i faktycznym w dniu podpisania umowy.</w:t>
      </w:r>
    </w:p>
    <w:p w14:paraId="7EC724DB" w14:textId="77777777" w:rsidR="00036D1B" w:rsidRPr="003273FB" w:rsidRDefault="00036D1B">
      <w:pPr>
        <w:spacing w:after="200"/>
        <w:jc w:val="both"/>
        <w:rPr>
          <w:lang w:val="pl-PL"/>
        </w:rPr>
      </w:pPr>
    </w:p>
    <w:p w14:paraId="38DDEE61" w14:textId="77777777" w:rsidR="00036D1B" w:rsidRPr="003273FB" w:rsidRDefault="00000000">
      <w:pPr>
        <w:keepNext/>
        <w:spacing w:before="200" w:after="40"/>
        <w:jc w:val="center"/>
        <w:rPr>
          <w:lang w:val="pl-PL"/>
        </w:rPr>
      </w:pPr>
      <w:r w:rsidRPr="003273FB">
        <w:rPr>
          <w:b/>
          <w:lang w:val="pl-PL"/>
        </w:rPr>
        <w:t>§ 15</w:t>
      </w:r>
    </w:p>
    <w:p w14:paraId="350ECCCA" w14:textId="77777777" w:rsidR="00036D1B" w:rsidRPr="003273FB" w:rsidRDefault="00000000">
      <w:pPr>
        <w:spacing w:after="160"/>
        <w:jc w:val="center"/>
        <w:rPr>
          <w:lang w:val="pl-PL"/>
        </w:rPr>
      </w:pPr>
      <w:r w:rsidRPr="003273FB">
        <w:rPr>
          <w:b/>
          <w:lang w:val="pl-PL"/>
        </w:rPr>
        <w:t>Klauzula informacyjna o przetwarzaniu danych osobowych</w:t>
      </w:r>
    </w:p>
    <w:p w14:paraId="13D33B26" w14:textId="77777777" w:rsidR="00036D1B" w:rsidRPr="003273FB" w:rsidRDefault="00000000">
      <w:pPr>
        <w:spacing w:after="120"/>
        <w:jc w:val="both"/>
        <w:rPr>
          <w:lang w:val="pl-PL"/>
        </w:rPr>
      </w:pPr>
      <w:r w:rsidRPr="003273FB">
        <w:rPr>
          <w:lang w:val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RODO) (Dz. Urz. UE L 119 z 04.05.2016, str. 1, z późn. zm.) informujemy, że:</w:t>
      </w:r>
    </w:p>
    <w:p w14:paraId="2990EB83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1.  Administratorem Pani/Pana danych osobowych jest Wójt Gminy Gródek nad Dunajcem, Gródek nad Dunajcem 54, 33-318 Gródek nad Dunajcem, tel. 18 440 10 35, e-mail: gmina@gminagrodek.pl.</w:t>
      </w:r>
    </w:p>
    <w:p w14:paraId="37A7B7BD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2.  Administrator wyznaczył Inspektora Ochrony Danych – Pana Roberta Koterlę, z którym można skontaktować się za pośrednictwem adresu e-mail: rkoterla@gminagrodek.pl lub listownie na adres siedziby Administratora.</w:t>
      </w:r>
    </w:p>
    <w:p w14:paraId="38409B83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3.  Pani/Pana dane osobowe przetwarzane będą w celu przeprowadzenia otwartego konkursu ofert, o którym mowa w niniejszym ogłoszeniu, zawarcia i realizacji umowy o powierzenie realizacji zadania publicznego oraz jej rozliczenia, kontroli i archiwizacji – na podstawie art. 6 ust. 1 lit. c RODO, w związku z obowiązkami prawnymi Administratora wynikającymi w szczególności z ustawy z dnia 24 kwietnia 2003 r. o działalności pożytku publicznego i o wolontariacie, ustawy z dnia 27 sierpnia 2009 r. o finansach publicznych oraz ustawy z dnia 14 lipca 1983 r. o narodowym zasobie archiwalnym i archiwach, a także na podstawie art. 6 ust. 1 lit. e RODO w zakresie, w jakim przetwarzanie jest niezbędne do wykonania zadania realizowanego w interesie publicznym.</w:t>
      </w:r>
    </w:p>
    <w:p w14:paraId="219ABFDE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 xml:space="preserve">4.  Odbiorcami Pani/Pana danych osobowych mogą być organy administracji publicznej, organy kontrolne oraz instytucje uczestniczące w realizacji i rozliczeniu projektu grantowego pn. „Premia społeczna”, inne podmioty uprawnione na podstawie przepisów prawa, a także podmioty przetwarzające dane na zlecenie Administratora (np. dostawcy usług informatycznych, </w:t>
      </w:r>
      <w:r w:rsidRPr="003273FB">
        <w:rPr>
          <w:lang w:val="pl-PL"/>
        </w:rPr>
        <w:lastRenderedPageBreak/>
        <w:t>telekomunikacyjnych lub pocztowych) – wyłącznie na podstawie umowy i z zapewnieniem odpowiedniej ochrony danych.</w:t>
      </w:r>
    </w:p>
    <w:p w14:paraId="48BF61DE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5.  Pani/Pana dane osobowe będą przechowywane przez okres niezbędny do realizacji celów wskazanych w pkt 3, a następnie przez okres wynikający z przepisów o archiwizacji, w szczególności z ustawy o narodowym zasobie archiwalnym i archiwach oraz instrukcji kancelaryjnej i jednolitego rzeczowego wykazu akt obowiązujących u Administratora, nie krócej jednak niż przez okres wymagany dla celów rozliczenia i kontroli projektu grantowego.</w:t>
      </w:r>
    </w:p>
    <w:p w14:paraId="711A60A8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6.  Podanie danych osobowych jest wymogiem ustawowym wynikającym z art. 14 ustawy o działalności pożytku publicznego i o wolontariacie; konsekwencją ich niepodania jest brak możliwości udziału w konkursie. Podanie danych kontaktowych innych niż wymagane (np. numeru telefonu) jest dobrowolne i następuje w celu usprawnienia kontaktu.</w:t>
      </w:r>
    </w:p>
    <w:p w14:paraId="1BFAF329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7.  Posiada Pani/Pan prawo dostępu do swoich danych osobowych, prawo ich sprostowania oraz prawo żądania ograniczenia przetwarzania – w przypadkach określonych w RODO. W zakresie, w jakim przetwarzanie odbywa się na podstawie art. 6 ust. 1 lit. e RODO, przysługuje Pani/Panu również prawo wniesienia sprzeciwu. Prawo do usunięcia danych i prawo do ich przenoszenia nie przysługują w zakresie przetwarzania niezbędnego do wypełnienia obowiązku prawnego ciążącego na Administratorze.</w:t>
      </w:r>
    </w:p>
    <w:p w14:paraId="054F358E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8.  Przysługuje Pani/Panu prawo wniesienia skargi do Prezesa Urzędu Ochrony Danych Osobowych, ul. Stawki 2, 00-193 Warszawa, jeżeli uzna Pani/Pan, że przetwarzanie danych narusza przepisy RODO.</w:t>
      </w:r>
    </w:p>
    <w:p w14:paraId="4AC62AE7" w14:textId="77777777" w:rsidR="00036D1B" w:rsidRPr="003273FB" w:rsidRDefault="00000000">
      <w:pPr>
        <w:spacing w:after="80"/>
        <w:ind w:left="510" w:hanging="312"/>
        <w:jc w:val="both"/>
        <w:rPr>
          <w:lang w:val="pl-PL"/>
        </w:rPr>
      </w:pPr>
      <w:r w:rsidRPr="003273FB">
        <w:rPr>
          <w:lang w:val="pl-PL"/>
        </w:rPr>
        <w:t>9.  Pani/Pana dane osobowe nie będą przekazywane do państwa trzeciego ani do organizacji międzynarodowej, nie będą przetwarzane w sposób zautomatyzowany i nie będą profilowane.</w:t>
      </w:r>
    </w:p>
    <w:p w14:paraId="2F68C11A" w14:textId="77777777" w:rsidR="00036D1B" w:rsidRPr="003273FB" w:rsidRDefault="00036D1B">
      <w:pPr>
        <w:spacing w:after="280"/>
        <w:jc w:val="both"/>
        <w:rPr>
          <w:lang w:val="pl-PL"/>
        </w:rPr>
      </w:pPr>
    </w:p>
    <w:p w14:paraId="60C4CC79" w14:textId="77777777" w:rsidR="00036D1B" w:rsidRPr="003273FB" w:rsidRDefault="00000000">
      <w:pPr>
        <w:spacing w:after="120"/>
        <w:jc w:val="both"/>
        <w:rPr>
          <w:lang w:val="pl-PL"/>
        </w:rPr>
      </w:pPr>
      <w:r w:rsidRPr="003273FB">
        <w:rPr>
          <w:b/>
          <w:lang w:val="pl-PL"/>
        </w:rPr>
        <w:t>Załączniki do ogłoszenia:</w:t>
      </w:r>
    </w:p>
    <w:p w14:paraId="78E5297A" w14:textId="77777777" w:rsidR="00036D1B" w:rsidRPr="003273FB" w:rsidRDefault="00000000">
      <w:pPr>
        <w:spacing w:after="40"/>
        <w:ind w:left="510" w:hanging="312"/>
        <w:jc w:val="both"/>
        <w:rPr>
          <w:lang w:val="pl-PL"/>
        </w:rPr>
      </w:pPr>
      <w:r w:rsidRPr="003273FB">
        <w:rPr>
          <w:lang w:val="pl-PL"/>
        </w:rPr>
        <w:t>1.  Wzór oferty</w:t>
      </w:r>
    </w:p>
    <w:p w14:paraId="0A752044" w14:textId="77777777" w:rsidR="00036D1B" w:rsidRPr="003273FB" w:rsidRDefault="00000000">
      <w:pPr>
        <w:spacing w:after="40"/>
        <w:ind w:left="510" w:hanging="312"/>
        <w:jc w:val="both"/>
        <w:rPr>
          <w:lang w:val="pl-PL"/>
        </w:rPr>
      </w:pPr>
      <w:r w:rsidRPr="003273FB">
        <w:rPr>
          <w:lang w:val="pl-PL"/>
        </w:rPr>
        <w:t>2.  Oświadczenia Oferenta</w:t>
      </w:r>
    </w:p>
    <w:p w14:paraId="4A637664" w14:textId="77777777" w:rsidR="00036D1B" w:rsidRPr="003273FB" w:rsidRDefault="00000000">
      <w:pPr>
        <w:spacing w:after="40"/>
        <w:ind w:left="510" w:hanging="312"/>
        <w:jc w:val="both"/>
        <w:rPr>
          <w:lang w:val="pl-PL"/>
        </w:rPr>
      </w:pPr>
      <w:r w:rsidRPr="003273FB">
        <w:rPr>
          <w:lang w:val="pl-PL"/>
        </w:rPr>
        <w:t>3.  Oświadczenie Oferenta dotyczące podstaw wykluczenia</w:t>
      </w:r>
    </w:p>
    <w:p w14:paraId="64C1C22D" w14:textId="77777777" w:rsidR="00036D1B" w:rsidRPr="003273FB" w:rsidRDefault="00000000">
      <w:pPr>
        <w:spacing w:after="40"/>
        <w:ind w:left="510" w:hanging="312"/>
        <w:jc w:val="both"/>
        <w:rPr>
          <w:lang w:val="pl-PL"/>
        </w:rPr>
      </w:pPr>
      <w:r w:rsidRPr="003273FB">
        <w:rPr>
          <w:lang w:val="pl-PL"/>
        </w:rPr>
        <w:t>4.  Karta oceny oferty</w:t>
      </w:r>
    </w:p>
    <w:p w14:paraId="78432F1B" w14:textId="77777777" w:rsidR="00036D1B" w:rsidRPr="003273FB" w:rsidRDefault="00036D1B">
      <w:pPr>
        <w:spacing w:after="880"/>
        <w:jc w:val="both"/>
        <w:rPr>
          <w:lang w:val="pl-PL"/>
        </w:rPr>
      </w:pPr>
    </w:p>
    <w:p w14:paraId="0EE6EE5C" w14:textId="77777777" w:rsidR="00036D1B" w:rsidRPr="003273FB" w:rsidRDefault="00000000">
      <w:pPr>
        <w:ind w:right="567"/>
        <w:jc w:val="right"/>
        <w:rPr>
          <w:lang w:val="pl-PL"/>
        </w:rPr>
      </w:pPr>
      <w:r w:rsidRPr="003273FB">
        <w:rPr>
          <w:lang w:val="pl-PL"/>
        </w:rPr>
        <w:t>Wójt Gminy Gródek nad Dunajcem</w:t>
      </w:r>
    </w:p>
    <w:p w14:paraId="4C5304CE" w14:textId="77777777" w:rsidR="00036D1B" w:rsidRPr="003273FB" w:rsidRDefault="00000000">
      <w:pPr>
        <w:ind w:right="567"/>
        <w:jc w:val="right"/>
        <w:rPr>
          <w:lang w:val="pl-PL"/>
        </w:rPr>
      </w:pPr>
      <w:r w:rsidRPr="003273FB">
        <w:rPr>
          <w:lang w:val="pl-PL"/>
        </w:rPr>
        <w:t>Jarosław Baziak</w:t>
      </w:r>
    </w:p>
    <w:p w14:paraId="27EC3452" w14:textId="77777777" w:rsidR="00036D1B" w:rsidRPr="003273FB" w:rsidRDefault="00000000">
      <w:pPr>
        <w:rPr>
          <w:lang w:val="pl-PL"/>
        </w:rPr>
      </w:pPr>
      <w:r w:rsidRPr="003273FB">
        <w:rPr>
          <w:lang w:val="pl-PL"/>
        </w:rPr>
        <w:br w:type="page"/>
      </w:r>
    </w:p>
    <w:p w14:paraId="2B9FED54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lastRenderedPageBreak/>
        <w:t>Załącznik 1</w:t>
      </w:r>
    </w:p>
    <w:p w14:paraId="31608A8E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5FB037A9" w14:textId="77777777" w:rsidR="00036D1B" w:rsidRPr="003273FB" w:rsidRDefault="00036D1B">
      <w:pPr>
        <w:ind w:left="6379"/>
        <w:rPr>
          <w:rFonts w:ascii="Arial" w:eastAsia="Arial" w:hAnsi="Arial" w:cs="Arial"/>
          <w:color w:val="231F20"/>
          <w:lang w:val="pl-PL"/>
        </w:rPr>
      </w:pPr>
    </w:p>
    <w:p w14:paraId="06543294" w14:textId="77777777" w:rsidR="00036D1B" w:rsidRPr="003273FB" w:rsidRDefault="00000000">
      <w:pPr>
        <w:ind w:left="6379"/>
        <w:rPr>
          <w:lang w:val="pl-PL"/>
        </w:rPr>
      </w:pPr>
      <w:r w:rsidRPr="003273FB">
        <w:rPr>
          <w:rFonts w:ascii="Arial" w:eastAsia="Arial" w:hAnsi="Arial" w:cs="Arial"/>
          <w:color w:val="231F20"/>
          <w:lang w:val="pl-PL"/>
        </w:rPr>
        <w:t xml:space="preserve">Załączniki do rozporządzenia </w:t>
      </w:r>
      <w:r w:rsidRPr="003273FB">
        <w:rPr>
          <w:rFonts w:ascii="Arial" w:eastAsia="Arial" w:hAnsi="Arial" w:cs="Arial"/>
          <w:color w:val="231F20"/>
          <w:lang w:val="pl-PL"/>
        </w:rPr>
        <w:br/>
        <w:t xml:space="preserve">Przewodniczącego Komitetu </w:t>
      </w:r>
      <w:r w:rsidRPr="003273FB">
        <w:rPr>
          <w:rFonts w:ascii="Arial" w:eastAsia="Arial" w:hAnsi="Arial" w:cs="Arial"/>
          <w:color w:val="231F20"/>
          <w:lang w:val="pl-PL"/>
        </w:rPr>
        <w:br/>
        <w:t xml:space="preserve">do spraw Pożytku Publicznego </w:t>
      </w:r>
      <w:r w:rsidRPr="003273FB">
        <w:rPr>
          <w:rFonts w:ascii="Arial" w:eastAsia="Arial" w:hAnsi="Arial" w:cs="Arial"/>
          <w:color w:val="231F20"/>
          <w:lang w:val="pl-PL"/>
        </w:rPr>
        <w:br/>
        <w:t>z dnia 24 października 2018 r.(poz. 2057)</w:t>
      </w:r>
    </w:p>
    <w:p w14:paraId="6725059F" w14:textId="77777777" w:rsidR="00036D1B" w:rsidRPr="003273FB" w:rsidRDefault="00036D1B">
      <w:pPr>
        <w:ind w:left="6379"/>
        <w:rPr>
          <w:rFonts w:ascii="Arial" w:eastAsia="Arial" w:hAnsi="Arial" w:cs="Arial"/>
          <w:color w:val="231F20"/>
          <w:lang w:val="pl-PL"/>
        </w:rPr>
      </w:pPr>
    </w:p>
    <w:p w14:paraId="125584E6" w14:textId="77777777" w:rsidR="00036D1B" w:rsidRPr="003273FB" w:rsidRDefault="00036D1B">
      <w:pPr>
        <w:ind w:left="6379"/>
        <w:rPr>
          <w:rFonts w:ascii="Arial" w:eastAsia="Arial" w:hAnsi="Arial" w:cs="Arial"/>
          <w:color w:val="231F20"/>
          <w:lang w:val="pl-PL"/>
        </w:rPr>
      </w:pPr>
    </w:p>
    <w:p w14:paraId="75D820C0" w14:textId="77777777" w:rsidR="00036D1B" w:rsidRPr="003273FB" w:rsidRDefault="00000000">
      <w:pPr>
        <w:jc w:val="center"/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 xml:space="preserve">OFERTA REALIZACJI ZADANIA PUBLICZNEGO* / </w:t>
      </w:r>
    </w:p>
    <w:p w14:paraId="7F6D649A" w14:textId="77777777" w:rsidR="00036D1B" w:rsidRPr="003273FB" w:rsidRDefault="00000000">
      <w:pPr>
        <w:jc w:val="center"/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 xml:space="preserve">OFERTA WSPÓLNA REALIZACJI ZADANIA PUBLICZNEGO*, </w:t>
      </w:r>
    </w:p>
    <w:p w14:paraId="22B955B8" w14:textId="77777777" w:rsidR="00036D1B" w:rsidRPr="003273FB" w:rsidRDefault="00000000">
      <w:pPr>
        <w:jc w:val="center"/>
        <w:rPr>
          <w:lang w:val="pl-PL"/>
        </w:rPr>
      </w:pPr>
      <w:r w:rsidRPr="003273FB">
        <w:rPr>
          <w:rFonts w:ascii="Arial" w:eastAsia="Arial" w:hAnsi="Arial" w:cs="Arial"/>
          <w:lang w:val="pl-PL"/>
        </w:rPr>
        <w:t xml:space="preserve">O KTÓREJ MOWA W ART. 14 UST. 1* / 2* USTAWY Z DNIA 24 KWIETNIA 2003 R </w:t>
      </w:r>
    </w:p>
    <w:p w14:paraId="3B1A2B5E" w14:textId="77777777" w:rsidR="00036D1B" w:rsidRPr="003273FB" w:rsidRDefault="00000000">
      <w:pPr>
        <w:jc w:val="center"/>
        <w:rPr>
          <w:lang w:val="pl-PL"/>
        </w:rPr>
      </w:pPr>
      <w:r w:rsidRPr="003273FB">
        <w:rPr>
          <w:rFonts w:ascii="Arial" w:eastAsia="Arial" w:hAnsi="Arial" w:cs="Arial"/>
          <w:lang w:val="pl-PL"/>
        </w:rPr>
        <w:t xml:space="preserve">O DZIAŁALNOŚCI POŻYTKU PUBLICZNEGO I O WOLONTARIACIE </w:t>
      </w:r>
      <w:r w:rsidRPr="003273FB">
        <w:rPr>
          <w:rFonts w:ascii="Arial" w:eastAsia="Arial" w:hAnsi="Arial" w:cs="Arial"/>
          <w:lang w:val="pl-PL"/>
        </w:rPr>
        <w:br/>
        <w:t>(t.j. Dz. U. z 2025 r. poz. 1338, zm. Dz. U. z 2026 r. poz. 1040)</w:t>
      </w:r>
    </w:p>
    <w:p w14:paraId="75FE7F79" w14:textId="77777777" w:rsidR="00036D1B" w:rsidRPr="003273FB" w:rsidRDefault="00036D1B">
      <w:pPr>
        <w:jc w:val="center"/>
        <w:rPr>
          <w:rFonts w:ascii="Arial" w:eastAsia="Arial" w:hAnsi="Arial" w:cs="Arial"/>
          <w:lang w:val="pl-PL"/>
        </w:rPr>
      </w:pPr>
    </w:p>
    <w:p w14:paraId="3F6D4C5A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5F16FB39" w14:textId="77777777" w:rsidR="00036D1B" w:rsidRPr="003273FB" w:rsidRDefault="00000000">
      <w:pPr>
        <w:rPr>
          <w:rFonts w:ascii="Arial" w:eastAsia="Arial" w:hAnsi="Arial" w:cs="Arial"/>
          <w:b/>
          <w:bCs/>
          <w:lang w:val="pl-PL"/>
        </w:rPr>
      </w:pPr>
      <w:r w:rsidRPr="003273FB">
        <w:rPr>
          <w:rFonts w:ascii="Arial" w:eastAsia="Arial" w:hAnsi="Arial" w:cs="Arial"/>
          <w:b/>
          <w:bCs/>
          <w:lang w:val="pl-PL"/>
        </w:rPr>
        <w:t>POUCZENIE co do sposobu wypełniania oferty:</w:t>
      </w:r>
    </w:p>
    <w:p w14:paraId="0FB0B471" w14:textId="77777777" w:rsidR="00036D1B" w:rsidRPr="003273FB" w:rsidRDefault="00036D1B">
      <w:pPr>
        <w:rPr>
          <w:rFonts w:ascii="Arial" w:eastAsia="Arial" w:hAnsi="Arial" w:cs="Arial"/>
          <w:b/>
          <w:bCs/>
          <w:lang w:val="pl-PL"/>
        </w:rPr>
      </w:pPr>
    </w:p>
    <w:p w14:paraId="09071AC3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 xml:space="preserve">Ofertę należy wypełnić wyłącznie w białych pustych polach, zgodnie z instrukcjami umieszonymi przy poszczególnych polach lub w przypisach. </w:t>
      </w:r>
    </w:p>
    <w:p w14:paraId="709A57CB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6C270659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W przypadku pól, które nie dotyczą danej oferty, należy wpisać „nie dotyczy” lub przekreślić pole.</w:t>
      </w:r>
    </w:p>
    <w:p w14:paraId="302B6B0F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0CB6F97E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 xml:space="preserve">Zaznaczenie „*”, np., „Oferta realizacji zadania publicznego*/Oferta wspólna realizacji zadania publicznego*”, oznacza, że należy skreślić niewłaściwą odpowiedź i pozostawić prawidłową. Przykład: „Oferta realizacji zadania publicznego* </w:t>
      </w:r>
      <w:r w:rsidRPr="003273FB">
        <w:rPr>
          <w:rFonts w:ascii="Arial" w:eastAsia="Arial" w:hAnsi="Arial" w:cs="Arial"/>
          <w:strike/>
          <w:lang w:val="pl-PL"/>
        </w:rPr>
        <w:t>/Oferta wspólna realizacji zadania publicznego*</w:t>
      </w:r>
      <w:r w:rsidRPr="003273FB">
        <w:rPr>
          <w:rFonts w:ascii="Arial" w:eastAsia="Arial" w:hAnsi="Arial" w:cs="Arial"/>
          <w:lang w:val="pl-PL"/>
        </w:rPr>
        <w:t>”.</w:t>
      </w:r>
    </w:p>
    <w:p w14:paraId="628DFE7C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7C68BF39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597CE84A" w14:textId="77777777" w:rsidR="00036D1B" w:rsidRPr="003273FB" w:rsidRDefault="00000000">
      <w:pPr>
        <w:ind w:left="284" w:hanging="284"/>
        <w:rPr>
          <w:rFonts w:ascii="Arial" w:eastAsia="Arial" w:hAnsi="Arial" w:cs="Arial"/>
          <w:b/>
          <w:bCs/>
          <w:lang w:val="pl-PL"/>
        </w:rPr>
      </w:pPr>
      <w:r w:rsidRPr="003273FB">
        <w:rPr>
          <w:rFonts w:ascii="Arial" w:eastAsia="Arial" w:hAnsi="Arial" w:cs="Arial"/>
          <w:b/>
          <w:bCs/>
          <w:lang w:val="pl-PL"/>
        </w:rPr>
        <w:t>I. Podstawowe informacje o złożonej ofercie</w:t>
      </w:r>
    </w:p>
    <w:p w14:paraId="27E83F05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tbl>
      <w:tblPr>
        <w:tblW w:w="925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3775"/>
        <w:gridCol w:w="5484"/>
      </w:tblGrid>
      <w:tr w:rsidR="00036D1B" w:rsidRPr="003273FB" w14:paraId="1C23B7BB" w14:textId="77777777">
        <w:trPr>
          <w:trHeight w:val="329"/>
        </w:trPr>
        <w:tc>
          <w:tcPr>
            <w:tcW w:w="3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13C65805" w14:textId="77777777" w:rsidR="00036D1B" w:rsidRPr="003273FB" w:rsidRDefault="00000000">
            <w:pPr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1. Organ administracji publicznej,</w:t>
            </w:r>
          </w:p>
          <w:p w14:paraId="3B2B69F2" w14:textId="77777777" w:rsidR="00036D1B" w:rsidRPr="003273FB" w:rsidRDefault="00000000">
            <w:pPr>
              <w:ind w:left="261" w:hanging="261"/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 xml:space="preserve">    do którego jest adresowana oferta</w:t>
            </w:r>
            <w:r w:rsidRPr="003273FB">
              <w:rPr>
                <w:rFonts w:ascii="Arial" w:eastAsia="Arial" w:hAnsi="Arial" w:cs="Arial"/>
                <w:lang w:val="pl-PL"/>
              </w:rPr>
              <w:t xml:space="preserve"> </w:t>
            </w:r>
          </w:p>
        </w:tc>
        <w:tc>
          <w:tcPr>
            <w:tcW w:w="5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B8C3040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14:paraId="6822A91F" w14:textId="77777777">
        <w:trPr>
          <w:trHeight w:val="327"/>
        </w:trPr>
        <w:tc>
          <w:tcPr>
            <w:tcW w:w="3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214C486B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2. Rodzaj zadania publicznego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1"/>
            </w:r>
            <w:r>
              <w:rPr>
                <w:rFonts w:ascii="Arial" w:eastAsia="Arial" w:hAnsi="Arial" w:cs="Arial"/>
                <w:vertAlign w:val="superscript"/>
              </w:rPr>
              <w:t>)</w:t>
            </w:r>
          </w:p>
        </w:tc>
        <w:tc>
          <w:tcPr>
            <w:tcW w:w="5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682EF4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</w:tbl>
    <w:p w14:paraId="14BEEFCB" w14:textId="77777777" w:rsidR="00036D1B" w:rsidRDefault="00036D1B">
      <w:pPr>
        <w:rPr>
          <w:rFonts w:ascii="Arial" w:eastAsia="Arial" w:hAnsi="Arial" w:cs="Arial"/>
          <w:b/>
          <w:bCs/>
        </w:rPr>
      </w:pPr>
    </w:p>
    <w:p w14:paraId="7C01F6F0" w14:textId="77777777" w:rsidR="00036D1B" w:rsidRDefault="00036D1B">
      <w:pPr>
        <w:ind w:left="284" w:hanging="284"/>
        <w:rPr>
          <w:rFonts w:ascii="Arial" w:eastAsia="Arial" w:hAnsi="Arial" w:cs="Arial"/>
          <w:b/>
          <w:bCs/>
        </w:rPr>
      </w:pPr>
    </w:p>
    <w:p w14:paraId="726B5E3B" w14:textId="77777777" w:rsidR="00036D1B" w:rsidRDefault="00000000">
      <w:pPr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II. Dane oferenta(-tów) </w:t>
      </w:r>
    </w:p>
    <w:p w14:paraId="1C0ADFD1" w14:textId="77777777" w:rsidR="00036D1B" w:rsidRDefault="00036D1B">
      <w:pPr>
        <w:ind w:left="284" w:hanging="284"/>
        <w:rPr>
          <w:rFonts w:ascii="Arial" w:eastAsia="Arial" w:hAnsi="Arial" w:cs="Arial"/>
          <w:i/>
          <w:iCs/>
        </w:rPr>
      </w:pPr>
    </w:p>
    <w:tbl>
      <w:tblPr>
        <w:tblW w:w="930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3794"/>
        <w:gridCol w:w="5511"/>
      </w:tblGrid>
      <w:tr w:rsidR="00036D1B" w:rsidRPr="003273FB" w14:paraId="71DE483D" w14:textId="77777777">
        <w:trPr>
          <w:trHeight w:val="497"/>
        </w:trPr>
        <w:tc>
          <w:tcPr>
            <w:tcW w:w="9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68391B6E" w14:textId="77777777" w:rsidR="00036D1B" w:rsidRPr="003273FB" w:rsidRDefault="00000000">
            <w:pPr>
              <w:ind w:left="317" w:hanging="283"/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lastRenderedPageBreak/>
              <w:t>1. Nazwa oferenta(-tów), forma prawna, numer w Krajowym Rejestrze Sądowym lub innej ewidencji, adres siedziby, strona www, adres do korespondencji, adres e-mail, numer telefonu</w:t>
            </w:r>
          </w:p>
        </w:tc>
      </w:tr>
      <w:tr w:rsidR="00036D1B" w:rsidRPr="003273FB" w14:paraId="2476CACA" w14:textId="77777777">
        <w:trPr>
          <w:trHeight w:val="615"/>
        </w:trPr>
        <w:tc>
          <w:tcPr>
            <w:tcW w:w="9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78640F8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74777130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253E2B76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5D160C6E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31E7CB80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:rsidRPr="003273FB" w14:paraId="144617C0" w14:textId="77777777">
        <w:trPr>
          <w:trHeight w:val="908"/>
        </w:trPr>
        <w:tc>
          <w:tcPr>
            <w:tcW w:w="3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7C4E6053" w14:textId="77777777" w:rsidR="00036D1B" w:rsidRPr="003273FB" w:rsidRDefault="00000000">
            <w:pPr>
              <w:ind w:left="255" w:hanging="255"/>
              <w:rPr>
                <w:rFonts w:ascii="Arial" w:eastAsia="Arial" w:hAnsi="Arial" w:cs="Arial"/>
                <w:i/>
                <w:i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2. Dane osoby upoważnionej do składania wyjaśnień dotyczących oferty</w:t>
            </w:r>
            <w:r w:rsidRPr="003273FB">
              <w:rPr>
                <w:rFonts w:ascii="Arial" w:eastAsia="Arial" w:hAnsi="Arial" w:cs="Arial"/>
                <w:lang w:val="pl-PL"/>
              </w:rPr>
              <w:t xml:space="preserve"> (np. imię i nazwisko, numer telefonu, adres poczty elektronicznej) </w:t>
            </w:r>
          </w:p>
        </w:tc>
        <w:tc>
          <w:tcPr>
            <w:tcW w:w="5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5D25227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50A681B3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1ECAA092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5E7ED422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429D070D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1D244A60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</w:tbl>
    <w:p w14:paraId="6009D02E" w14:textId="77777777" w:rsidR="00036D1B" w:rsidRPr="003273FB" w:rsidRDefault="00036D1B">
      <w:pPr>
        <w:ind w:left="284" w:hanging="284"/>
        <w:rPr>
          <w:rFonts w:ascii="Arial" w:eastAsia="Arial" w:hAnsi="Arial" w:cs="Arial"/>
          <w:b/>
          <w:bCs/>
          <w:lang w:val="pl-PL"/>
        </w:rPr>
      </w:pPr>
    </w:p>
    <w:p w14:paraId="73844DB9" w14:textId="77777777" w:rsidR="00036D1B" w:rsidRDefault="00000000">
      <w:pPr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III. Opis zadania</w:t>
      </w:r>
    </w:p>
    <w:p w14:paraId="35A6AA51" w14:textId="77777777" w:rsidR="00036D1B" w:rsidRDefault="00000000">
      <w:pPr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ab/>
      </w:r>
    </w:p>
    <w:tbl>
      <w:tblPr>
        <w:tblW w:w="9308" w:type="dxa"/>
        <w:tblInd w:w="-3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596"/>
        <w:gridCol w:w="1337"/>
        <w:gridCol w:w="799"/>
        <w:gridCol w:w="452"/>
        <w:gridCol w:w="680"/>
        <w:gridCol w:w="844"/>
        <w:gridCol w:w="417"/>
        <w:gridCol w:w="333"/>
        <w:gridCol w:w="540"/>
        <w:gridCol w:w="837"/>
        <w:gridCol w:w="709"/>
        <w:gridCol w:w="1764"/>
      </w:tblGrid>
      <w:tr w:rsidR="00036D1B" w14:paraId="207053A5" w14:textId="77777777">
        <w:trPr>
          <w:trHeight w:val="15"/>
        </w:trPr>
        <w:tc>
          <w:tcPr>
            <w:tcW w:w="318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55E0C5DC" w14:textId="77777777" w:rsidR="00036D1B" w:rsidRDefault="00000000">
            <w:pPr>
              <w:numPr>
                <w:ilvl w:val="0"/>
                <w:numId w:val="10"/>
              </w:numPr>
              <w:ind w:left="255" w:hanging="255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1. Tytuł zadania publicznego</w:t>
            </w:r>
          </w:p>
        </w:tc>
        <w:tc>
          <w:tcPr>
            <w:tcW w:w="6124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B1359FF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30E662B7" w14:textId="77777777">
        <w:trPr>
          <w:trHeight w:val="15"/>
        </w:trPr>
        <w:tc>
          <w:tcPr>
            <w:tcW w:w="318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1045A9C6" w14:textId="77777777" w:rsidR="00036D1B" w:rsidRDefault="00000000">
            <w:pPr>
              <w:ind w:left="255" w:hanging="255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2. Termin realizacji zadania publicznego</w:t>
            </w:r>
          </w:p>
        </w:tc>
        <w:tc>
          <w:tcPr>
            <w:tcW w:w="1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</w:tcPr>
          <w:p w14:paraId="5B8ED9AF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 rozpoczęcia</w:t>
            </w:r>
          </w:p>
        </w:tc>
        <w:tc>
          <w:tcPr>
            <w:tcW w:w="129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241F6B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</w:tcPr>
          <w:p w14:paraId="07A3037B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Data </w:t>
            </w:r>
          </w:p>
          <w:p w14:paraId="13C94B38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zakończenia</w:t>
            </w:r>
          </w:p>
        </w:tc>
        <w:tc>
          <w:tcPr>
            <w:tcW w:w="17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C576C66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:rsidRPr="003273FB" w14:paraId="0CA6381A" w14:textId="77777777">
        <w:trPr>
          <w:trHeight w:val="12"/>
        </w:trPr>
        <w:tc>
          <w:tcPr>
            <w:tcW w:w="9307" w:type="dxa"/>
            <w:gridSpan w:val="1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DD9C3"/>
            <w:tcMar>
              <w:left w:w="-10" w:type="dxa"/>
              <w:right w:w="0" w:type="dxa"/>
            </w:tcMar>
            <w:vAlign w:val="center"/>
          </w:tcPr>
          <w:p w14:paraId="1165E245" w14:textId="77777777" w:rsidR="00036D1B" w:rsidRPr="003273FB" w:rsidRDefault="00000000">
            <w:pPr>
              <w:ind w:left="312" w:hanging="284"/>
              <w:rPr>
                <w:rFonts w:ascii="Arial" w:eastAsia="Arial" w:hAnsi="Arial" w:cs="Arial"/>
                <w:b/>
                <w:bCs/>
                <w:vertAlign w:val="superscript"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 xml:space="preserve"> 3. Syntetyczny opis zadania </w:t>
            </w:r>
            <w:r w:rsidRPr="003273FB">
              <w:rPr>
                <w:rFonts w:ascii="Arial" w:eastAsia="Arial" w:hAnsi="Arial" w:cs="Arial"/>
                <w:lang w:val="pl-PL"/>
              </w:rPr>
              <w:t>(należy wskazać i opisać: miejsce realizacji zadania, grupę  docelową, sposób rozwiązywania jej problemów/zaspokajania potrzeb, komplementarność z innymi działaniami podejmowanymi przez organizację lub inne podmioty)</w:t>
            </w:r>
          </w:p>
        </w:tc>
      </w:tr>
      <w:tr w:rsidR="00036D1B" w:rsidRPr="003273FB" w14:paraId="5FACBAF7" w14:textId="77777777">
        <w:trPr>
          <w:trHeight w:val="27"/>
        </w:trPr>
        <w:tc>
          <w:tcPr>
            <w:tcW w:w="9307" w:type="dxa"/>
            <w:gridSpan w:val="1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tcMar>
              <w:left w:w="-10" w:type="dxa"/>
              <w:right w:w="0" w:type="dxa"/>
            </w:tcMar>
          </w:tcPr>
          <w:p w14:paraId="5FC2F86A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55C0D279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61574F3C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6D87A47C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07BE1446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221C7236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38563E9C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:rsidRPr="003273FB" w14:paraId="06DD2729" w14:textId="77777777">
        <w:trPr>
          <w:trHeight w:val="4"/>
        </w:trPr>
        <w:tc>
          <w:tcPr>
            <w:tcW w:w="9307" w:type="dxa"/>
            <w:gridSpan w:val="1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DDD9C3"/>
            <w:tcMar>
              <w:left w:w="-10" w:type="dxa"/>
              <w:right w:w="0" w:type="dxa"/>
            </w:tcMar>
          </w:tcPr>
          <w:p w14:paraId="008D7CD6" w14:textId="77777777" w:rsidR="00036D1B" w:rsidRPr="003273FB" w:rsidRDefault="00000000">
            <w:pPr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 xml:space="preserve">  4. Plan i harmonogram działań na rok ………………. </w:t>
            </w:r>
          </w:p>
          <w:p w14:paraId="4EFACED2" w14:textId="77777777" w:rsidR="00036D1B" w:rsidRPr="003273FB" w:rsidRDefault="00000000">
            <w:pPr>
              <w:ind w:left="176" w:hanging="34"/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(należy wymienić i opisać w porządku logicznym wszystkie planowane w ofercie działania oraz określić ich uczestników i miejsce ich realizacji)</w:t>
            </w:r>
          </w:p>
        </w:tc>
      </w:tr>
      <w:tr w:rsidR="00036D1B" w:rsidRPr="003273FB" w14:paraId="4C7EDE51" w14:textId="77777777">
        <w:trPr>
          <w:trHeight w:val="19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</w:tcPr>
          <w:p w14:paraId="6D33F8CE" w14:textId="77777777" w:rsidR="00036D1B" w:rsidRPr="003273FB" w:rsidRDefault="00036D1B">
            <w:pPr>
              <w:rPr>
                <w:rFonts w:ascii="Arial" w:eastAsia="Arial" w:hAnsi="Arial" w:cs="Arial"/>
                <w:b/>
                <w:bCs/>
                <w:lang w:val="pl-PL"/>
              </w:rPr>
            </w:pPr>
          </w:p>
        </w:tc>
        <w:tc>
          <w:tcPr>
            <w:tcW w:w="13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14:paraId="7DDCD76A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Nazwa działania</w:t>
            </w:r>
          </w:p>
        </w:tc>
        <w:tc>
          <w:tcPr>
            <w:tcW w:w="1931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14:paraId="1C4102F5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Opis</w:t>
            </w: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</w:tcPr>
          <w:p w14:paraId="051B37D1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14:paraId="0038F2FE" w14:textId="77777777" w:rsidR="00036D1B" w:rsidRDefault="00000000">
            <w:pPr>
              <w:rPr>
                <w:rFonts w:ascii="Arial" w:eastAsia="Arial" w:hAnsi="Arial" w:cs="Arial"/>
                <w:b/>
                <w:bCs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Planowany termin realizacji </w:t>
            </w:r>
          </w:p>
        </w:tc>
        <w:tc>
          <w:tcPr>
            <w:tcW w:w="2473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DDD9C3"/>
            <w:tcMar>
              <w:left w:w="55" w:type="dxa"/>
              <w:right w:w="70" w:type="dxa"/>
            </w:tcMar>
          </w:tcPr>
          <w:p w14:paraId="23CEB83E" w14:textId="77777777" w:rsidR="00036D1B" w:rsidRPr="003273FB" w:rsidRDefault="00000000">
            <w:pPr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Zakres działania realizowany przez podmiot niebędący stroną umowy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2"/>
            </w:r>
            <w:r w:rsidRPr="003273FB">
              <w:rPr>
                <w:rFonts w:ascii="Arial" w:eastAsia="Arial" w:hAnsi="Arial" w:cs="Arial"/>
                <w:vertAlign w:val="superscript"/>
                <w:lang w:val="pl-PL"/>
              </w:rPr>
              <w:t>)</w:t>
            </w:r>
          </w:p>
        </w:tc>
      </w:tr>
      <w:tr w:rsidR="00036D1B" w14:paraId="7C4AA74E" w14:textId="77777777">
        <w:trPr>
          <w:cantSplit/>
          <w:trHeight w:val="27"/>
        </w:trPr>
        <w:tc>
          <w:tcPr>
            <w:tcW w:w="5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</w:tcPr>
          <w:p w14:paraId="3A23AFB4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Lp.</w:t>
            </w:r>
          </w:p>
        </w:tc>
        <w:tc>
          <w:tcPr>
            <w:tcW w:w="13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14:paraId="061863E9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14:paraId="70BD9B1D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</w:tcPr>
          <w:p w14:paraId="34F48D97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Grupa docelowa</w:t>
            </w:r>
          </w:p>
        </w:tc>
        <w:tc>
          <w:tcPr>
            <w:tcW w:w="137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14:paraId="24E89C9E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DDD9C3"/>
            <w:tcMar>
              <w:left w:w="55" w:type="dxa"/>
              <w:right w:w="70" w:type="dxa"/>
            </w:tcMar>
          </w:tcPr>
          <w:p w14:paraId="0ACD2D2C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036D1B" w14:paraId="030BF779" w14:textId="77777777">
        <w:trPr>
          <w:trHeight w:val="18"/>
        </w:trPr>
        <w:tc>
          <w:tcPr>
            <w:tcW w:w="595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</w:tcPr>
          <w:p w14:paraId="57014FA0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  <w:p w14:paraId="6858835E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55" w:type="dxa"/>
              <w:right w:w="70" w:type="dxa"/>
            </w:tcMar>
          </w:tcPr>
          <w:p w14:paraId="26B4899D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  <w:p w14:paraId="7710050D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left w:w="55" w:type="dxa"/>
              <w:right w:w="70" w:type="dxa"/>
            </w:tcMar>
          </w:tcPr>
          <w:p w14:paraId="3C9ECCB1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  <w:p w14:paraId="331F7DA4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5A23C02A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  <w:vAlign w:val="center"/>
          </w:tcPr>
          <w:p w14:paraId="288FDEF4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32690C5C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036D1B" w14:paraId="7B42A4F5" w14:textId="77777777">
        <w:trPr>
          <w:trHeight w:val="14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14:paraId="7D218C75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55" w:type="dxa"/>
              <w:right w:w="70" w:type="dxa"/>
            </w:tcMar>
          </w:tcPr>
          <w:p w14:paraId="0B166ADB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left w:w="55" w:type="dxa"/>
              <w:right w:w="70" w:type="dxa"/>
            </w:tcMar>
          </w:tcPr>
          <w:p w14:paraId="760E11D2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14CEA352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  <w:vAlign w:val="center"/>
          </w:tcPr>
          <w:p w14:paraId="565C4858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2D5043B8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036D1B" w14:paraId="313253E1" w14:textId="77777777">
        <w:trPr>
          <w:trHeight w:val="38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14:paraId="46BF5745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  <w:p w14:paraId="3583CD1B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55" w:type="dxa"/>
              <w:right w:w="70" w:type="dxa"/>
            </w:tcMar>
          </w:tcPr>
          <w:p w14:paraId="1C6052E3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  <w:p w14:paraId="36588C48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left w:w="55" w:type="dxa"/>
              <w:right w:w="70" w:type="dxa"/>
            </w:tcMar>
          </w:tcPr>
          <w:p w14:paraId="7E0A7A5F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  <w:p w14:paraId="73059501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3832495D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  <w:vAlign w:val="center"/>
          </w:tcPr>
          <w:p w14:paraId="7C355451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  <w:p w14:paraId="24F097F8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3D02D857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036D1B" w14:paraId="4B1AA286" w14:textId="77777777">
        <w:trPr>
          <w:trHeight w:val="40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14:paraId="72C8A325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55" w:type="dxa"/>
              <w:right w:w="70" w:type="dxa"/>
            </w:tcMar>
          </w:tcPr>
          <w:p w14:paraId="1627BC6D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left w:w="55" w:type="dxa"/>
              <w:right w:w="70" w:type="dxa"/>
            </w:tcMar>
          </w:tcPr>
          <w:p w14:paraId="0D74705A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4706DC80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  <w:vAlign w:val="center"/>
          </w:tcPr>
          <w:p w14:paraId="6D45EFFE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2F14C6C8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036D1B" w14:paraId="128AF796" w14:textId="77777777">
        <w:trPr>
          <w:trHeight w:val="40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14:paraId="57D9CD8A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55" w:type="dxa"/>
              <w:right w:w="70" w:type="dxa"/>
            </w:tcMar>
          </w:tcPr>
          <w:p w14:paraId="59AEFF52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left w:w="55" w:type="dxa"/>
              <w:right w:w="70" w:type="dxa"/>
            </w:tcMar>
          </w:tcPr>
          <w:p w14:paraId="2985E4FA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10AE0BC9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  <w:vAlign w:val="center"/>
          </w:tcPr>
          <w:p w14:paraId="0006E402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2365C6DE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036D1B" w14:paraId="7F0B6EEA" w14:textId="77777777">
        <w:trPr>
          <w:trHeight w:val="34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14:paraId="7848FACC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55" w:type="dxa"/>
              <w:right w:w="70" w:type="dxa"/>
            </w:tcMar>
          </w:tcPr>
          <w:p w14:paraId="22CA64FD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  <w:p w14:paraId="49910192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  <w:p w14:paraId="5AF618B3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  <w:p w14:paraId="2E1E82FD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left w:w="55" w:type="dxa"/>
              <w:right w:w="70" w:type="dxa"/>
            </w:tcMar>
          </w:tcPr>
          <w:p w14:paraId="6393F654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3E5DED3A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  <w:vAlign w:val="center"/>
          </w:tcPr>
          <w:p w14:paraId="34629573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450C2C47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036D1B" w14:paraId="74AFA7F7" w14:textId="77777777">
        <w:trPr>
          <w:trHeight w:val="42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14:paraId="74AB0004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tcMar>
              <w:left w:w="55" w:type="dxa"/>
              <w:right w:w="70" w:type="dxa"/>
            </w:tcMar>
          </w:tcPr>
          <w:p w14:paraId="5F2C80C7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left w:w="55" w:type="dxa"/>
              <w:right w:w="70" w:type="dxa"/>
            </w:tcMar>
          </w:tcPr>
          <w:p w14:paraId="49553EB7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6653C5F3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  <w:vAlign w:val="center"/>
          </w:tcPr>
          <w:p w14:paraId="36DDE274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79455A8C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036D1B" w:rsidRPr="003273FB" w14:paraId="146BFE95" w14:textId="77777777">
        <w:trPr>
          <w:trHeight w:val="49"/>
        </w:trPr>
        <w:tc>
          <w:tcPr>
            <w:tcW w:w="9307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</w:tcPr>
          <w:p w14:paraId="11CB995B" w14:textId="77777777" w:rsidR="00036D1B" w:rsidRPr="003273FB" w:rsidRDefault="00000000">
            <w:pPr>
              <w:ind w:left="317" w:hanging="283"/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 xml:space="preserve">5. Opis zakładanych rezultatów realizacji zadania publicznego </w:t>
            </w:r>
          </w:p>
          <w:p w14:paraId="4AC6FDD1" w14:textId="77777777" w:rsidR="00036D1B" w:rsidRDefault="00000000">
            <w:pPr>
              <w:ind w:right="56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(należy opisać:</w:t>
            </w:r>
          </w:p>
          <w:p w14:paraId="4F0418E3" w14:textId="77777777" w:rsidR="00036D1B" w:rsidRPr="003273FB" w:rsidRDefault="00000000">
            <w:pPr>
              <w:numPr>
                <w:ilvl w:val="0"/>
                <w:numId w:val="9"/>
              </w:numPr>
              <w:ind w:right="567"/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co będzie bezpośrednim efektem (materialne „produkty” lub „usługi” zrealizowane na rzecz uczestników zadania) realizacji oferty?</w:t>
            </w:r>
          </w:p>
          <w:p w14:paraId="6B3B8DC2" w14:textId="77777777" w:rsidR="00036D1B" w:rsidRPr="003273FB" w:rsidRDefault="00000000">
            <w:pPr>
              <w:numPr>
                <w:ilvl w:val="0"/>
                <w:numId w:val="9"/>
              </w:numPr>
              <w:ind w:right="567"/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jaka zmiana społeczna zostanie osiągnięta poprzez realizację zadania?</w:t>
            </w:r>
          </w:p>
          <w:p w14:paraId="66BA4EC0" w14:textId="77777777" w:rsidR="00036D1B" w:rsidRPr="003273FB" w:rsidRDefault="00000000">
            <w:pPr>
              <w:numPr>
                <w:ilvl w:val="0"/>
                <w:numId w:val="9"/>
              </w:numPr>
              <w:ind w:right="567"/>
              <w:rPr>
                <w:rFonts w:ascii="Arial" w:eastAsia="Arial" w:hAnsi="Arial" w:cs="Arial"/>
                <w:i/>
                <w:iCs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czy przewidywane jest wykorzystanie rezultatów osiągniętych w trakcie realizacji oferty w dalszych działaniach organizacji? – trwałość rezultatów zadania)</w:t>
            </w:r>
          </w:p>
        </w:tc>
      </w:tr>
      <w:tr w:rsidR="00036D1B" w:rsidRPr="003273FB" w14:paraId="591DCDAD" w14:textId="77777777">
        <w:trPr>
          <w:trHeight w:val="5"/>
        </w:trPr>
        <w:tc>
          <w:tcPr>
            <w:tcW w:w="9307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E126403" w14:textId="77777777" w:rsidR="00036D1B" w:rsidRPr="003273FB" w:rsidRDefault="00036D1B">
            <w:pPr>
              <w:rPr>
                <w:rFonts w:ascii="Arial" w:eastAsia="Arial" w:hAnsi="Arial" w:cs="Arial"/>
                <w:b/>
                <w:bCs/>
                <w:lang w:val="pl-PL"/>
              </w:rPr>
            </w:pPr>
          </w:p>
          <w:p w14:paraId="72937E4F" w14:textId="77777777" w:rsidR="00036D1B" w:rsidRPr="003273FB" w:rsidRDefault="00036D1B">
            <w:pPr>
              <w:rPr>
                <w:rFonts w:ascii="Arial" w:eastAsia="Arial" w:hAnsi="Arial" w:cs="Arial"/>
                <w:b/>
                <w:bCs/>
                <w:lang w:val="pl-PL"/>
              </w:rPr>
            </w:pPr>
          </w:p>
          <w:p w14:paraId="1F6197E2" w14:textId="77777777" w:rsidR="00036D1B" w:rsidRPr="003273FB" w:rsidRDefault="00036D1B">
            <w:pPr>
              <w:rPr>
                <w:rFonts w:ascii="Arial" w:eastAsia="Arial" w:hAnsi="Arial" w:cs="Arial"/>
                <w:b/>
                <w:bCs/>
                <w:lang w:val="pl-PL"/>
              </w:rPr>
            </w:pPr>
          </w:p>
          <w:p w14:paraId="7E0C8440" w14:textId="77777777" w:rsidR="00036D1B" w:rsidRPr="003273FB" w:rsidRDefault="00036D1B">
            <w:pPr>
              <w:rPr>
                <w:rFonts w:ascii="Arial" w:eastAsia="Arial" w:hAnsi="Arial" w:cs="Arial"/>
                <w:b/>
                <w:bCs/>
                <w:lang w:val="pl-PL"/>
              </w:rPr>
            </w:pPr>
          </w:p>
          <w:p w14:paraId="413A9292" w14:textId="77777777" w:rsidR="00036D1B" w:rsidRPr="003273FB" w:rsidRDefault="00036D1B">
            <w:pPr>
              <w:rPr>
                <w:rFonts w:ascii="Arial" w:eastAsia="Arial" w:hAnsi="Arial" w:cs="Arial"/>
                <w:b/>
                <w:bCs/>
                <w:lang w:val="pl-PL"/>
              </w:rPr>
            </w:pPr>
          </w:p>
          <w:p w14:paraId="7F15C6AC" w14:textId="77777777" w:rsidR="00036D1B" w:rsidRPr="003273FB" w:rsidRDefault="00036D1B">
            <w:pPr>
              <w:rPr>
                <w:rFonts w:ascii="Arial" w:eastAsia="Arial" w:hAnsi="Arial" w:cs="Arial"/>
                <w:b/>
                <w:bCs/>
                <w:lang w:val="pl-PL"/>
              </w:rPr>
            </w:pPr>
          </w:p>
          <w:p w14:paraId="0173BA4F" w14:textId="77777777" w:rsidR="00036D1B" w:rsidRPr="003273FB" w:rsidRDefault="00036D1B">
            <w:pPr>
              <w:rPr>
                <w:rFonts w:ascii="Arial" w:eastAsia="Arial" w:hAnsi="Arial" w:cs="Arial"/>
                <w:b/>
                <w:bCs/>
                <w:lang w:val="pl-PL"/>
              </w:rPr>
            </w:pPr>
          </w:p>
          <w:p w14:paraId="4FBF2C0F" w14:textId="77777777" w:rsidR="00036D1B" w:rsidRPr="003273FB" w:rsidRDefault="00036D1B">
            <w:pPr>
              <w:rPr>
                <w:rFonts w:ascii="Arial" w:eastAsia="Arial" w:hAnsi="Arial" w:cs="Arial"/>
                <w:b/>
                <w:bCs/>
                <w:lang w:val="pl-PL"/>
              </w:rPr>
            </w:pPr>
          </w:p>
          <w:p w14:paraId="740A209A" w14:textId="77777777" w:rsidR="00036D1B" w:rsidRPr="003273FB" w:rsidRDefault="00036D1B">
            <w:pPr>
              <w:rPr>
                <w:rFonts w:ascii="Arial" w:eastAsia="Arial" w:hAnsi="Arial" w:cs="Arial"/>
                <w:b/>
                <w:bCs/>
                <w:lang w:val="pl-PL"/>
              </w:rPr>
            </w:pPr>
          </w:p>
          <w:p w14:paraId="4391A17E" w14:textId="77777777" w:rsidR="00036D1B" w:rsidRPr="003273FB" w:rsidRDefault="00036D1B">
            <w:pPr>
              <w:rPr>
                <w:rFonts w:ascii="Arial" w:eastAsia="Arial" w:hAnsi="Arial" w:cs="Arial"/>
                <w:b/>
                <w:bCs/>
                <w:lang w:val="pl-PL"/>
              </w:rPr>
            </w:pPr>
          </w:p>
          <w:p w14:paraId="44ED27D4" w14:textId="77777777" w:rsidR="00036D1B" w:rsidRPr="003273FB" w:rsidRDefault="00036D1B">
            <w:pPr>
              <w:rPr>
                <w:rFonts w:ascii="Arial" w:eastAsia="Arial" w:hAnsi="Arial" w:cs="Arial"/>
                <w:b/>
                <w:bCs/>
                <w:lang w:val="pl-PL"/>
              </w:rPr>
            </w:pPr>
          </w:p>
        </w:tc>
      </w:tr>
      <w:tr w:rsidR="00036D1B" w:rsidRPr="003273FB" w14:paraId="25AAD140" w14:textId="77777777">
        <w:trPr>
          <w:trHeight w:val="14"/>
        </w:trPr>
        <w:tc>
          <w:tcPr>
            <w:tcW w:w="9307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676841A2" w14:textId="77777777" w:rsidR="00036D1B" w:rsidRPr="003273FB" w:rsidRDefault="00000000">
            <w:pPr>
              <w:rPr>
                <w:rFonts w:ascii="Arial" w:eastAsia="Arial" w:hAnsi="Arial" w:cs="Arial"/>
                <w:vertAlign w:val="superscript"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6. Dodatkowe informacje dotyczące rezultatów realizacji zadania publicznego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3"/>
            </w:r>
            <w:r w:rsidRPr="003273FB">
              <w:rPr>
                <w:rFonts w:ascii="Arial" w:eastAsia="Arial" w:hAnsi="Arial" w:cs="Arial"/>
                <w:vertAlign w:val="superscript"/>
                <w:lang w:val="pl-PL"/>
              </w:rPr>
              <w:t>)</w:t>
            </w:r>
          </w:p>
        </w:tc>
      </w:tr>
      <w:tr w:rsidR="00036D1B" w:rsidRPr="003273FB" w14:paraId="7BA6F682" w14:textId="77777777">
        <w:trPr>
          <w:trHeight w:val="5"/>
        </w:trPr>
        <w:tc>
          <w:tcPr>
            <w:tcW w:w="27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252A3F38" w14:textId="77777777" w:rsidR="00036D1B" w:rsidRDefault="00000000">
            <w:pPr>
              <w:rPr>
                <w:rFonts w:ascii="Arial" w:eastAsia="Arial" w:hAnsi="Arial" w:cs="Arial"/>
                <w:b/>
                <w:bCs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>Nazwa rezultatu</w:t>
            </w:r>
          </w:p>
        </w:tc>
        <w:tc>
          <w:tcPr>
            <w:tcW w:w="23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60C81F4F" w14:textId="77777777" w:rsidR="00036D1B" w:rsidRPr="003273FB" w:rsidRDefault="00000000">
            <w:pPr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Planowany poziom osiągnięcia rezultatów (wartość docelowa)</w:t>
            </w:r>
          </w:p>
        </w:tc>
        <w:tc>
          <w:tcPr>
            <w:tcW w:w="4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7865FCFA" w14:textId="77777777" w:rsidR="00036D1B" w:rsidRPr="003273FB" w:rsidRDefault="00000000">
            <w:pPr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Sposób monitorowania rezultatów / źródło informacji o osiągnięciu wskaźnika</w:t>
            </w:r>
          </w:p>
        </w:tc>
      </w:tr>
      <w:tr w:rsidR="00036D1B" w:rsidRPr="003273FB" w14:paraId="07CCB169" w14:textId="77777777">
        <w:trPr>
          <w:trHeight w:val="5"/>
        </w:trPr>
        <w:tc>
          <w:tcPr>
            <w:tcW w:w="27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F4BC473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28BC46EC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59F988BA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23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4FF1BDD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4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DCD463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:rsidRPr="003273FB" w14:paraId="7055F26B" w14:textId="77777777">
        <w:trPr>
          <w:trHeight w:val="5"/>
        </w:trPr>
        <w:tc>
          <w:tcPr>
            <w:tcW w:w="27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2BEBBA5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7A31931D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5AE5A822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23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7701012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4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2555B5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:rsidRPr="003273FB" w14:paraId="571F45EF" w14:textId="77777777">
        <w:trPr>
          <w:trHeight w:val="27"/>
        </w:trPr>
        <w:tc>
          <w:tcPr>
            <w:tcW w:w="27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C41E1C4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767EEF72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7EB4E10C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23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2A7447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4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BBCFCB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</w:tbl>
    <w:p w14:paraId="65CABB96" w14:textId="77777777" w:rsidR="00036D1B" w:rsidRPr="003273FB" w:rsidRDefault="00036D1B">
      <w:pPr>
        <w:rPr>
          <w:rFonts w:ascii="Arial" w:eastAsia="Arial" w:hAnsi="Arial" w:cs="Arial"/>
          <w:b/>
          <w:bCs/>
          <w:lang w:val="pl-PL"/>
        </w:rPr>
      </w:pPr>
    </w:p>
    <w:p w14:paraId="2D8B5A8F" w14:textId="77777777" w:rsidR="00036D1B" w:rsidRPr="003273FB" w:rsidRDefault="00036D1B">
      <w:pPr>
        <w:rPr>
          <w:rFonts w:ascii="Arial" w:eastAsia="Arial" w:hAnsi="Arial" w:cs="Arial"/>
          <w:b/>
          <w:bCs/>
          <w:lang w:val="pl-PL"/>
        </w:rPr>
      </w:pPr>
    </w:p>
    <w:p w14:paraId="561DFD75" w14:textId="77777777" w:rsidR="00036D1B" w:rsidRPr="003273FB" w:rsidRDefault="00036D1B">
      <w:pPr>
        <w:rPr>
          <w:rFonts w:ascii="Arial" w:eastAsia="Arial" w:hAnsi="Arial" w:cs="Arial"/>
          <w:b/>
          <w:bCs/>
          <w:lang w:val="pl-PL"/>
        </w:rPr>
      </w:pPr>
    </w:p>
    <w:p w14:paraId="579165B7" w14:textId="77777777" w:rsidR="00036D1B" w:rsidRDefault="00000000">
      <w:pPr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IV.</w:t>
      </w:r>
      <w:r>
        <w:rPr>
          <w:rFonts w:ascii="Arial" w:eastAsia="Arial" w:hAnsi="Arial" w:cs="Arial"/>
          <w:b/>
          <w:bCs/>
        </w:rPr>
        <w:tab/>
        <w:t>Charakterystyka oferenta</w:t>
      </w:r>
    </w:p>
    <w:p w14:paraId="7FF8131D" w14:textId="77777777" w:rsidR="00036D1B" w:rsidRDefault="00036D1B">
      <w:pPr>
        <w:rPr>
          <w:rFonts w:ascii="Arial" w:eastAsia="Arial" w:hAnsi="Arial" w:cs="Arial"/>
        </w:rPr>
      </w:pPr>
    </w:p>
    <w:tbl>
      <w:tblPr>
        <w:tblW w:w="9449" w:type="dxa"/>
        <w:tblInd w:w="-132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9449"/>
      </w:tblGrid>
      <w:tr w:rsidR="00036D1B" w:rsidRPr="003273FB" w14:paraId="5156BBC4" w14:textId="77777777">
        <w:trPr>
          <w:trHeight w:val="363"/>
        </w:trPr>
        <w:tc>
          <w:tcPr>
            <w:tcW w:w="94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DD9C3"/>
            <w:vAlign w:val="center"/>
          </w:tcPr>
          <w:p w14:paraId="6B02467B" w14:textId="77777777" w:rsidR="00036D1B" w:rsidRPr="003273FB" w:rsidRDefault="00000000">
            <w:pPr>
              <w:ind w:left="176" w:hanging="34"/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1. Informacja o wcześniejszej działalności oferenta, w szczególności w zakresie, którego dotyczy zadanie publiczne</w:t>
            </w:r>
          </w:p>
        </w:tc>
      </w:tr>
      <w:tr w:rsidR="00036D1B" w:rsidRPr="003273FB" w14:paraId="02BE892C" w14:textId="77777777">
        <w:trPr>
          <w:trHeight w:val="972"/>
        </w:trPr>
        <w:tc>
          <w:tcPr>
            <w:tcW w:w="9449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</w:tcPr>
          <w:p w14:paraId="076E3B61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2AE89E4E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390DD44D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62967020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405879E1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1D48890D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</w:tbl>
    <w:p w14:paraId="62A12178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tbl>
      <w:tblPr>
        <w:tblW w:w="9449" w:type="dxa"/>
        <w:tblInd w:w="-132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9449"/>
      </w:tblGrid>
      <w:tr w:rsidR="00036D1B" w:rsidRPr="003273FB" w14:paraId="0DEB93B6" w14:textId="77777777">
        <w:trPr>
          <w:trHeight w:val="240"/>
        </w:trPr>
        <w:tc>
          <w:tcPr>
            <w:tcW w:w="94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DD9C3"/>
          </w:tcPr>
          <w:p w14:paraId="5A8DD32F" w14:textId="77777777" w:rsidR="00036D1B" w:rsidRPr="003273FB" w:rsidRDefault="00000000">
            <w:pPr>
              <w:ind w:left="425" w:hanging="283"/>
              <w:rPr>
                <w:rFonts w:ascii="Arial" w:eastAsia="Arial" w:hAnsi="Arial" w:cs="Arial"/>
                <w:b/>
                <w:bCs/>
                <w:vertAlign w:val="superscript"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2. Zasoby kadrowe, rzeczowe i finansowe oferenta, które będą wykorzystane do realizacji zadania</w:t>
            </w:r>
          </w:p>
        </w:tc>
      </w:tr>
      <w:tr w:rsidR="00036D1B" w:rsidRPr="003273FB" w14:paraId="1BCE1D9B" w14:textId="77777777">
        <w:trPr>
          <w:trHeight w:val="2757"/>
        </w:trPr>
        <w:tc>
          <w:tcPr>
            <w:tcW w:w="9449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</w:tcPr>
          <w:p w14:paraId="218E543B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6C422E3A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41F45C42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56842D1D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27C382E9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1281E22A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</w:tbl>
    <w:p w14:paraId="4D528D90" w14:textId="77777777" w:rsidR="00036D1B" w:rsidRPr="003273FB" w:rsidRDefault="00036D1B">
      <w:pPr>
        <w:ind w:left="284" w:hanging="284"/>
        <w:rPr>
          <w:rFonts w:ascii="Arial" w:eastAsia="Arial" w:hAnsi="Arial" w:cs="Arial"/>
          <w:b/>
          <w:bCs/>
          <w:lang w:val="pl-PL"/>
        </w:rPr>
      </w:pPr>
    </w:p>
    <w:p w14:paraId="730DA760" w14:textId="77777777" w:rsidR="00036D1B" w:rsidRPr="003273FB" w:rsidRDefault="00000000">
      <w:pPr>
        <w:ind w:left="284" w:hanging="284"/>
        <w:rPr>
          <w:rFonts w:ascii="Arial" w:eastAsia="Arial" w:hAnsi="Arial" w:cs="Arial"/>
          <w:b/>
          <w:bCs/>
          <w:lang w:val="pl-PL"/>
        </w:rPr>
      </w:pPr>
      <w:r w:rsidRPr="003273FB">
        <w:rPr>
          <w:rFonts w:ascii="Arial" w:eastAsia="Arial" w:hAnsi="Arial" w:cs="Arial"/>
          <w:b/>
          <w:bCs/>
          <w:lang w:val="pl-PL"/>
        </w:rPr>
        <w:t>V.</w:t>
      </w:r>
      <w:r w:rsidRPr="003273FB">
        <w:rPr>
          <w:rFonts w:ascii="Arial" w:eastAsia="Arial" w:hAnsi="Arial" w:cs="Arial"/>
          <w:b/>
          <w:bCs/>
          <w:lang w:val="pl-PL"/>
        </w:rPr>
        <w:tab/>
        <w:t>Kalkulacja przewidywanych kosztów realizacji zadania publicznego</w:t>
      </w:r>
    </w:p>
    <w:p w14:paraId="6DDAF473" w14:textId="77777777" w:rsidR="00036D1B" w:rsidRPr="003273FB" w:rsidRDefault="00036D1B">
      <w:pPr>
        <w:ind w:left="284" w:hanging="284"/>
        <w:rPr>
          <w:rFonts w:ascii="Arial" w:eastAsia="Arial" w:hAnsi="Arial" w:cs="Arial"/>
          <w:b/>
          <w:bCs/>
          <w:lang w:val="pl-PL"/>
        </w:rPr>
      </w:pPr>
    </w:p>
    <w:tbl>
      <w:tblPr>
        <w:tblW w:w="9583" w:type="dxa"/>
        <w:tblInd w:w="-3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719"/>
        <w:gridCol w:w="1365"/>
        <w:gridCol w:w="985"/>
        <w:gridCol w:w="1549"/>
        <w:gridCol w:w="1271"/>
        <w:gridCol w:w="978"/>
        <w:gridCol w:w="811"/>
        <w:gridCol w:w="929"/>
        <w:gridCol w:w="976"/>
      </w:tblGrid>
      <w:tr w:rsidR="00036D1B" w:rsidRPr="003273FB" w14:paraId="2F464668" w14:textId="77777777">
        <w:tc>
          <w:tcPr>
            <w:tcW w:w="9582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03E0D33F" w14:textId="77777777" w:rsidR="00036D1B" w:rsidRPr="003273FB" w:rsidRDefault="00000000">
            <w:pPr>
              <w:ind w:right="567"/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V.A Zestawienie kosztów realizacji zadania</w:t>
            </w:r>
          </w:p>
          <w:p w14:paraId="6314C7EA" w14:textId="77777777" w:rsidR="00036D1B" w:rsidRPr="003273FB" w:rsidRDefault="00000000">
            <w:pPr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 xml:space="preserve">(w sekcji V-A należy skalkulować i zamieścić wszystkie koszty realizacji zadania niezależnie od źródła finansowania wskazanego </w:t>
            </w:r>
            <w:r w:rsidRPr="003273FB">
              <w:rPr>
                <w:rFonts w:ascii="Arial" w:eastAsia="Arial" w:hAnsi="Arial" w:cs="Arial"/>
                <w:lang w:val="pl-PL"/>
              </w:rPr>
              <w:br/>
              <w:t>w sekcji V-B)</w:t>
            </w:r>
          </w:p>
        </w:tc>
      </w:tr>
      <w:tr w:rsidR="00036D1B" w14:paraId="6C34DC91" w14:textId="77777777">
        <w:tc>
          <w:tcPr>
            <w:tcW w:w="72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3607DAEC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Lp.</w:t>
            </w:r>
          </w:p>
        </w:tc>
        <w:tc>
          <w:tcPr>
            <w:tcW w:w="141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66667316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Rodzaj kosztu</w:t>
            </w:r>
          </w:p>
        </w:tc>
        <w:tc>
          <w:tcPr>
            <w:tcW w:w="99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035A0DA7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Rodzaj</w:t>
            </w:r>
          </w:p>
          <w:p w14:paraId="30CA8068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Miary</w:t>
            </w:r>
          </w:p>
        </w:tc>
        <w:tc>
          <w:tcPr>
            <w:tcW w:w="128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63ACED39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Koszt jednostkowy </w:t>
            </w:r>
          </w:p>
          <w:p w14:paraId="7C157C92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[PLN]</w:t>
            </w:r>
          </w:p>
        </w:tc>
        <w:tc>
          <w:tcPr>
            <w:tcW w:w="12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5F58D736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Liczba jednostek</w:t>
            </w:r>
          </w:p>
        </w:tc>
        <w:tc>
          <w:tcPr>
            <w:tcW w:w="3885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6E451B4A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Wartość [PLN]</w:t>
            </w:r>
          </w:p>
        </w:tc>
      </w:tr>
      <w:tr w:rsidR="00036D1B" w14:paraId="74FC9A14" w14:textId="77777777">
        <w:tc>
          <w:tcPr>
            <w:tcW w:w="72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42FE9C17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3CB6EA1C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9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50400026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8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425292B0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74D23E74" w14:textId="77777777" w:rsidR="00036D1B" w:rsidRDefault="00036D1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40B2E426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Razem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29E750F6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Rok 1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2A19A7F6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Rok 2</w:t>
            </w: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354D63DB" w14:textId="77777777" w:rsidR="00036D1B" w:rsidRDefault="00000000">
            <w:pPr>
              <w:rPr>
                <w:rFonts w:ascii="Arial" w:eastAsia="Arial" w:hAnsi="Arial" w:cs="Arial"/>
                <w:b/>
                <w:bCs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>Rok 3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4"/>
            </w:r>
            <w:r>
              <w:rPr>
                <w:rFonts w:ascii="Arial" w:eastAsia="Arial" w:hAnsi="Arial" w:cs="Arial"/>
                <w:b/>
                <w:bCs/>
                <w:vertAlign w:val="superscript"/>
              </w:rPr>
              <w:t>)</w:t>
            </w:r>
          </w:p>
        </w:tc>
      </w:tr>
      <w:tr w:rsidR="00036D1B" w14:paraId="31FA30F5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19AFE316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I.</w:t>
            </w:r>
          </w:p>
        </w:tc>
        <w:tc>
          <w:tcPr>
            <w:tcW w:w="886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0BA7732D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Koszty realizacji działań</w:t>
            </w:r>
          </w:p>
        </w:tc>
      </w:tr>
      <w:tr w:rsidR="00036D1B" w14:paraId="5E6D60BC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34F5E7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I.1.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8CA8306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Działanie 1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C114A6F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614237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36132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8A34A3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61206C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9B485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337DC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7E020AFA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524E889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I.1.1.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F99A40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1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99F51D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01418C6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07321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519146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E30F69C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77178D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734C1F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324890CF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F6C0864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I.1.2.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E8AA9A3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2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9AACB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0E1459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D37B2E2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CD659B2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63BFA72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603E01F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DB9F71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61325EA4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4E8272C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93391E1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A706F3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67118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17661E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B56816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66F00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D12324D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E2088F2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2236DCCB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65924B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I.2.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7AA237C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Działanie 2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5201687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0D01A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05178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764177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5E51B6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582856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E104BC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6845939F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DC11BA2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I.2.1.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4DDF0E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1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A7307B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9FA981E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DAAA50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68A714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28D2A4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1259E3E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B3480FF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162ED502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3D248F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I.2.2.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4B06E12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2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F7B868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E3ADCD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8F4806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CACAA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6CD0C2E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5944A9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2ABDC4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19C4B48A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DAE6434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646EB64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9C146A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6BF462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2F36B2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F62DCD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BEC88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81F7AF2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ABC6D9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771EC70B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A4EC995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I.3.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B981C7E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Działanie 3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89CC9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2799266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CF1FD9D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A9B507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36ADCA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5A0542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2C83ED2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6EF9BCC5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2C6D925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I.3.1.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1854CDD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1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1E28DD6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67EC2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DBBB3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A8E632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93EA2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899EEC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9A2A0A4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04CEF7CE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DCBC1E1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I.3.2.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D9DFBC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2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D68E0AD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801B39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CA1336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F3D93C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85B8E03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B63FCEE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EB094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65D3B9BB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05509D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DF2420B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DC83E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3BC071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F68A13F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BFEC7F4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8499BD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AECED9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E6362D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3CD78F4D" w14:textId="77777777">
        <w:tc>
          <w:tcPr>
            <w:tcW w:w="569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06891CCB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Suma kosztów realizacji zadania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52253C3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0F44CA3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72CD92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E93F2D4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03B85B36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34A1402F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II.</w:t>
            </w:r>
          </w:p>
        </w:tc>
        <w:tc>
          <w:tcPr>
            <w:tcW w:w="886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2928224B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Koszty administracyjne</w:t>
            </w:r>
          </w:p>
        </w:tc>
      </w:tr>
      <w:tr w:rsidR="00036D1B" w14:paraId="67864BF9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28FD06D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II.1.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23BCD12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1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3725D2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DB2D3E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0787DC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97DA62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45C6A8D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870A68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4B038F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2D31CE8F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61D6D0B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II.2.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1ED13D0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2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F1E041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D8F543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E9EEA32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18B51B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8C9986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E80ACD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8F2FF1D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269165A8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ACE0150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155132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D8E42C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B6535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4A6EA0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26D9ADD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DAD53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332A36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8B2988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23D9CDAA" w14:textId="77777777">
        <w:tc>
          <w:tcPr>
            <w:tcW w:w="569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32F59AE0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Suma kosztów administracyjnych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4349BC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7707A4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10FCC7C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2490F4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:rsidRPr="003273FB" w14:paraId="118DA601" w14:textId="77777777">
        <w:tc>
          <w:tcPr>
            <w:tcW w:w="569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75B3B13F" w14:textId="77777777" w:rsidR="00036D1B" w:rsidRPr="003273FB" w:rsidRDefault="00000000">
            <w:pPr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Suma wszystkich kosztów realizacji zadania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A3AA76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CF2BFC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4D74873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033ED1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</w:tbl>
    <w:p w14:paraId="0226322F" w14:textId="77777777" w:rsidR="00036D1B" w:rsidRPr="003273FB" w:rsidRDefault="00036D1B">
      <w:pPr>
        <w:ind w:left="284" w:hanging="284"/>
        <w:rPr>
          <w:rFonts w:ascii="Arial" w:eastAsia="Arial" w:hAnsi="Arial" w:cs="Arial"/>
          <w:b/>
          <w:bCs/>
          <w:lang w:val="pl-PL"/>
        </w:rPr>
      </w:pPr>
    </w:p>
    <w:tbl>
      <w:tblPr>
        <w:tblW w:w="9557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583"/>
        <w:gridCol w:w="5027"/>
        <w:gridCol w:w="1976"/>
        <w:gridCol w:w="1971"/>
      </w:tblGrid>
      <w:tr w:rsidR="00036D1B" w:rsidRPr="003273FB" w14:paraId="0F91A499" w14:textId="77777777">
        <w:trPr>
          <w:trHeight w:val="260"/>
        </w:trPr>
        <w:tc>
          <w:tcPr>
            <w:tcW w:w="955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0E5FE2EF" w14:textId="77777777" w:rsidR="00036D1B" w:rsidRPr="003273FB" w:rsidRDefault="00000000">
            <w:pPr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V.B Źródła finansowania kosztów realizacji zadania</w:t>
            </w:r>
          </w:p>
        </w:tc>
      </w:tr>
      <w:tr w:rsidR="00036D1B" w14:paraId="113248B7" w14:textId="77777777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61644DC8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Lp.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6008E771" w14:textId="77777777" w:rsidR="00036D1B" w:rsidRPr="003273FB" w:rsidRDefault="00000000">
            <w:pPr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Źródło finansowania kosztów realizacji zadania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50A3C892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Wartość [PLN]</w:t>
            </w: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36525FCF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Udział [%]</w:t>
            </w:r>
          </w:p>
        </w:tc>
      </w:tr>
      <w:tr w:rsidR="00036D1B" w14:paraId="5EC7B9F5" w14:textId="77777777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511C5704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474319AE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Suma wszystkich kosztów realizacji zadania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43D1142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CC0424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</w:t>
            </w:r>
          </w:p>
        </w:tc>
      </w:tr>
      <w:tr w:rsidR="00036D1B" w:rsidRPr="003273FB" w14:paraId="1FE7BDC5" w14:textId="77777777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2F35E6E3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41E7681C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Planowana dotacja w ramach niniejszej oferty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91C540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449023E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14:paraId="68C36CCC" w14:textId="77777777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1867FFB7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68C9DE74" w14:textId="77777777" w:rsidR="00036D1B" w:rsidRDefault="00000000">
            <w:pPr>
              <w:rPr>
                <w:rFonts w:ascii="Arial" w:eastAsia="Arial" w:hAnsi="Arial" w:cs="Arial"/>
                <w:vertAlign w:val="superscript"/>
              </w:rPr>
            </w:pPr>
            <w:r>
              <w:rPr>
                <w:rFonts w:ascii="Arial" w:eastAsia="Arial" w:hAnsi="Arial" w:cs="Arial"/>
              </w:rPr>
              <w:t>Wkład własny</w:t>
            </w:r>
            <w:r>
              <w:rPr>
                <w:rStyle w:val="Zakotwiczenieprzypisudolnego"/>
                <w:rFonts w:ascii="Arial" w:eastAsia="Arial" w:hAnsi="Arial" w:cs="Arial"/>
              </w:rPr>
              <w:footnoteReference w:id="5"/>
            </w:r>
            <w:r>
              <w:rPr>
                <w:rFonts w:ascii="Arial" w:eastAsia="Arial" w:hAnsi="Arial" w:cs="Arial"/>
                <w:vertAlign w:val="superscript"/>
              </w:rPr>
              <w:t>)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367F337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EA4E1C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70C7884F" w14:textId="77777777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2C31CC24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3.1.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0D71487D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Wkład własny finansowy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DF69AD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9FAD49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:rsidRPr="003273FB" w14:paraId="31C5B828" w14:textId="77777777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31C520C8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3.2.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728769A7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Wkład własny niefinansowy (osobowy i rzeczowy)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FED1312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501667D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:rsidRPr="003273FB" w14:paraId="322A0227" w14:textId="77777777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09369BD8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0F05619F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Świadczenia pieniężne od odbiorców zadania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C7ED46C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A80DE7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</w:tbl>
    <w:p w14:paraId="10A16498" w14:textId="77777777" w:rsidR="00036D1B" w:rsidRPr="003273FB" w:rsidRDefault="00036D1B">
      <w:pPr>
        <w:ind w:left="284" w:hanging="284"/>
        <w:rPr>
          <w:rFonts w:ascii="Arial" w:eastAsia="Arial" w:hAnsi="Arial" w:cs="Arial"/>
          <w:b/>
          <w:bCs/>
          <w:lang w:val="pl-PL"/>
        </w:rPr>
      </w:pPr>
    </w:p>
    <w:tbl>
      <w:tblPr>
        <w:tblW w:w="9585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546"/>
        <w:gridCol w:w="3796"/>
        <w:gridCol w:w="1236"/>
        <w:gridCol w:w="1385"/>
        <w:gridCol w:w="1246"/>
        <w:gridCol w:w="1376"/>
      </w:tblGrid>
      <w:tr w:rsidR="00036D1B" w:rsidRPr="003273FB" w14:paraId="0B92E146" w14:textId="77777777">
        <w:trPr>
          <w:trHeight w:val="245"/>
        </w:trPr>
        <w:tc>
          <w:tcPr>
            <w:tcW w:w="958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1A9CC734" w14:textId="77777777" w:rsidR="00036D1B" w:rsidRPr="003273FB" w:rsidRDefault="00000000">
            <w:pPr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V.C Podział kosztów realizacji zadania pomiędzy oferentów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6"/>
            </w:r>
            <w:r w:rsidRPr="003273FB">
              <w:rPr>
                <w:rFonts w:ascii="Arial" w:eastAsia="Arial" w:hAnsi="Arial" w:cs="Arial"/>
                <w:b/>
                <w:bCs/>
                <w:vertAlign w:val="superscript"/>
                <w:lang w:val="pl-PL"/>
              </w:rPr>
              <w:t>)</w:t>
            </w:r>
          </w:p>
        </w:tc>
      </w:tr>
      <w:tr w:rsidR="00036D1B" w14:paraId="0F5BE527" w14:textId="77777777">
        <w:trPr>
          <w:trHeight w:val="245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1CD8E391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Lp.</w:t>
            </w:r>
          </w:p>
        </w:tc>
        <w:tc>
          <w:tcPr>
            <w:tcW w:w="3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479F00CD" w14:textId="77777777" w:rsidR="00036D1B" w:rsidRPr="003273FB" w:rsidRDefault="00000000">
            <w:pPr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Źródło finansowania kosztów realizacji zadania</w:t>
            </w:r>
          </w:p>
        </w:tc>
        <w:tc>
          <w:tcPr>
            <w:tcW w:w="524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39EE8B1F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Wartość [PLN]</w:t>
            </w:r>
          </w:p>
        </w:tc>
      </w:tr>
      <w:tr w:rsidR="00036D1B" w14:paraId="7A0E6F3D" w14:textId="77777777">
        <w:trPr>
          <w:trHeight w:val="245"/>
        </w:trPr>
        <w:tc>
          <w:tcPr>
            <w:tcW w:w="43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372C82F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757683B2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Razem</w:t>
            </w: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5EA72E96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Rok 1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4EB31220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Rok 2</w:t>
            </w:r>
          </w:p>
        </w:tc>
        <w:tc>
          <w:tcPr>
            <w:tcW w:w="1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46CB231A" w14:textId="77777777" w:rsidR="00036D1B" w:rsidRDefault="00000000">
            <w:pPr>
              <w:rPr>
                <w:rFonts w:ascii="Arial" w:eastAsia="Arial" w:hAnsi="Arial" w:cs="Arial"/>
                <w:b/>
                <w:bCs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>Rok 3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7"/>
            </w:r>
            <w:r>
              <w:rPr>
                <w:rFonts w:ascii="Arial" w:eastAsia="Arial" w:hAnsi="Arial" w:cs="Arial"/>
                <w:b/>
                <w:bCs/>
                <w:vertAlign w:val="superscript"/>
              </w:rPr>
              <w:t>)</w:t>
            </w:r>
          </w:p>
        </w:tc>
      </w:tr>
      <w:tr w:rsidR="00036D1B" w14:paraId="195EE9A0" w14:textId="77777777">
        <w:trPr>
          <w:trHeight w:val="245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16CE6C5A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3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081F6F79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Oferent 1</w:t>
            </w:r>
          </w:p>
        </w:tc>
        <w:tc>
          <w:tcPr>
            <w:tcW w:w="1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041FF7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E4B2A9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4AE816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5A656D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22EED38B" w14:textId="77777777">
        <w:trPr>
          <w:trHeight w:val="245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69355F56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3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3F9759A2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Oferent 2</w:t>
            </w:r>
          </w:p>
        </w:tc>
        <w:tc>
          <w:tcPr>
            <w:tcW w:w="1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C566B34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A5B6B1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27B927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F6F3AC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7D417083" w14:textId="77777777">
        <w:trPr>
          <w:trHeight w:val="217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3F364EF7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</w:t>
            </w:r>
          </w:p>
        </w:tc>
        <w:tc>
          <w:tcPr>
            <w:tcW w:w="3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218040E9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Oferent 3</w:t>
            </w:r>
          </w:p>
        </w:tc>
        <w:tc>
          <w:tcPr>
            <w:tcW w:w="1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46E2B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A73750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A5E118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5D3E694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23132E18" w14:textId="77777777">
        <w:trPr>
          <w:trHeight w:val="245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2864CFF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3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44B2C6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1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78B0B2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C36C97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DC3B0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7D0DF4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:rsidRPr="003273FB" w14:paraId="22C16373" w14:textId="77777777">
        <w:trPr>
          <w:trHeight w:val="245"/>
        </w:trPr>
        <w:tc>
          <w:tcPr>
            <w:tcW w:w="43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31DC0D49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Suma wszystkich kosztów realizacji zadania</w:t>
            </w:r>
          </w:p>
        </w:tc>
        <w:tc>
          <w:tcPr>
            <w:tcW w:w="1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F676B2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3467F3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084B496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10BA21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</w:tbl>
    <w:p w14:paraId="7010F5FC" w14:textId="77777777" w:rsidR="00036D1B" w:rsidRDefault="00000000">
      <w:pPr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VI.</w:t>
      </w:r>
      <w:r>
        <w:rPr>
          <w:rFonts w:ascii="Arial" w:eastAsia="Arial" w:hAnsi="Arial" w:cs="Arial"/>
          <w:b/>
          <w:bCs/>
        </w:rPr>
        <w:tab/>
        <w:t>Inne informacje</w:t>
      </w:r>
    </w:p>
    <w:p w14:paraId="55B9C220" w14:textId="77777777" w:rsidR="00036D1B" w:rsidRDefault="00036D1B">
      <w:pPr>
        <w:rPr>
          <w:rFonts w:ascii="Arial" w:eastAsia="Arial" w:hAnsi="Arial" w:cs="Arial"/>
          <w:b/>
          <w:bCs/>
        </w:rPr>
      </w:pPr>
    </w:p>
    <w:tbl>
      <w:tblPr>
        <w:tblW w:w="9449" w:type="dxa"/>
        <w:tblInd w:w="-132" w:type="dxa"/>
        <w:tblBorders>
          <w:top w:val="single" w:sz="8" w:space="0" w:color="000001"/>
          <w:left w:val="single" w:sz="8" w:space="0" w:color="000001"/>
          <w:bottom w:val="single" w:sz="4" w:space="0" w:color="000001"/>
          <w:right w:val="single" w:sz="8" w:space="0" w:color="000001"/>
          <w:insideH w:val="single" w:sz="4" w:space="0" w:color="000001"/>
          <w:insideV w:val="single" w:sz="8" w:space="0" w:color="000001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9449"/>
      </w:tblGrid>
      <w:tr w:rsidR="00036D1B" w:rsidRPr="003273FB" w14:paraId="6B29BD88" w14:textId="77777777">
        <w:trPr>
          <w:trHeight w:val="442"/>
        </w:trPr>
        <w:tc>
          <w:tcPr>
            <w:tcW w:w="9449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DDD9C3"/>
          </w:tcPr>
          <w:p w14:paraId="52592FF3" w14:textId="77777777" w:rsidR="00036D1B" w:rsidRPr="003273FB" w:rsidRDefault="00000000">
            <w:pPr>
              <w:numPr>
                <w:ilvl w:val="0"/>
                <w:numId w:val="11"/>
              </w:numPr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Deklaracja o zamiarze odpłatnego lub nieodpłatnego wykonania zadania publicznego.</w:t>
            </w:r>
          </w:p>
          <w:p w14:paraId="42914D73" w14:textId="77777777" w:rsidR="00036D1B" w:rsidRPr="003273FB" w:rsidRDefault="00000000">
            <w:pPr>
              <w:numPr>
                <w:ilvl w:val="0"/>
                <w:numId w:val="11"/>
              </w:numPr>
              <w:rPr>
                <w:rFonts w:ascii="Arial" w:eastAsia="Arial" w:hAnsi="Arial" w:cs="Arial"/>
                <w:b/>
                <w:b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Działania, które w ramach realizacji zadania publicznego będą wykonywać poszczególni oferenci oraz sposób ich reprezentacji wobec organu administracji publicznej – w przypadku oferty wspólnej.</w:t>
            </w:r>
          </w:p>
          <w:p w14:paraId="5B551C41" w14:textId="77777777" w:rsidR="00036D1B" w:rsidRPr="003273FB" w:rsidRDefault="00000000">
            <w:pPr>
              <w:numPr>
                <w:ilvl w:val="0"/>
                <w:numId w:val="11"/>
              </w:numPr>
              <w:rPr>
                <w:rFonts w:ascii="Arial" w:eastAsia="Arial" w:hAnsi="Arial" w:cs="Arial"/>
                <w:i/>
                <w:iCs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Inne działania, które mogą mieć znaczenie przy ocenie oferty, w tym odnoszące się do kalkulacji przewidywanych kosztów oraz oświadczeń zawartych w sekcji VII.</w:t>
            </w:r>
          </w:p>
        </w:tc>
      </w:tr>
      <w:tr w:rsidR="00036D1B" w:rsidRPr="003273FB" w14:paraId="3724C1FD" w14:textId="77777777">
        <w:trPr>
          <w:trHeight w:val="547"/>
        </w:trPr>
        <w:tc>
          <w:tcPr>
            <w:tcW w:w="9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B58F508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5EBCF9AA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12C2CCB9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56348024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</w:tbl>
    <w:p w14:paraId="1832E9BE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743DE7E6" w14:textId="77777777" w:rsidR="00036D1B" w:rsidRPr="003273FB" w:rsidRDefault="00000000">
      <w:pPr>
        <w:ind w:left="284" w:hanging="284"/>
        <w:rPr>
          <w:rFonts w:ascii="Arial" w:eastAsia="Arial" w:hAnsi="Arial" w:cs="Arial"/>
          <w:b/>
          <w:bCs/>
          <w:lang w:val="pl-PL"/>
        </w:rPr>
      </w:pPr>
      <w:r w:rsidRPr="003273FB">
        <w:rPr>
          <w:rFonts w:ascii="Arial" w:eastAsia="Arial" w:hAnsi="Arial" w:cs="Arial"/>
          <w:b/>
          <w:bCs/>
          <w:lang w:val="pl-PL"/>
        </w:rPr>
        <w:t>VII.</w:t>
      </w:r>
      <w:r w:rsidRPr="003273FB">
        <w:rPr>
          <w:rFonts w:ascii="Arial" w:eastAsia="Arial" w:hAnsi="Arial" w:cs="Arial"/>
          <w:b/>
          <w:bCs/>
          <w:lang w:val="pl-PL"/>
        </w:rPr>
        <w:tab/>
        <w:t>Oświadczenia</w:t>
      </w:r>
    </w:p>
    <w:p w14:paraId="05F66682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58C737C1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Oświadczam(-my), że:</w:t>
      </w:r>
    </w:p>
    <w:p w14:paraId="6DB2DF98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0238CD6C" w14:textId="77777777" w:rsidR="00036D1B" w:rsidRPr="003273FB" w:rsidRDefault="00000000">
      <w:pPr>
        <w:tabs>
          <w:tab w:val="left" w:pos="284"/>
        </w:tabs>
        <w:ind w:left="284" w:hanging="284"/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1)</w:t>
      </w:r>
      <w:r w:rsidRPr="003273FB">
        <w:rPr>
          <w:rFonts w:ascii="Arial" w:eastAsia="Arial" w:hAnsi="Arial" w:cs="Arial"/>
          <w:lang w:val="pl-PL"/>
        </w:rPr>
        <w:tab/>
        <w:t>proponowane zadanie publiczne będzie realizowane wyłącznie w zakresie działalności pożytku publicznego oferenta(-tów);</w:t>
      </w:r>
    </w:p>
    <w:p w14:paraId="582D5DCF" w14:textId="77777777" w:rsidR="00036D1B" w:rsidRPr="003273FB" w:rsidRDefault="00000000">
      <w:pPr>
        <w:tabs>
          <w:tab w:val="left" w:pos="284"/>
        </w:tabs>
        <w:ind w:left="284" w:hanging="284"/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 xml:space="preserve">2) pobieranie świadczeń pieniężnych będzie się odbywać wyłącznie w ramach prowadzonej odpłatnej działalności pożytku publicznego; </w:t>
      </w:r>
    </w:p>
    <w:p w14:paraId="5F74A32B" w14:textId="77777777" w:rsidR="00036D1B" w:rsidRPr="003273FB" w:rsidRDefault="00000000">
      <w:pPr>
        <w:tabs>
          <w:tab w:val="left" w:pos="284"/>
        </w:tabs>
        <w:ind w:left="284" w:hanging="284"/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3)</w:t>
      </w:r>
      <w:r w:rsidRPr="003273FB">
        <w:rPr>
          <w:rFonts w:ascii="Arial" w:eastAsia="Arial" w:hAnsi="Arial" w:cs="Arial"/>
          <w:lang w:val="pl-PL"/>
        </w:rPr>
        <w:tab/>
        <w:t>oferent* / oferenci* składający niniejszą ofertę nie zalega(-ją)* / zalega(-ją)* z opłacaniem należności z tytułu zobowiązań podatkowych;</w:t>
      </w:r>
    </w:p>
    <w:p w14:paraId="18A498B7" w14:textId="77777777" w:rsidR="00036D1B" w:rsidRPr="003273FB" w:rsidRDefault="00000000">
      <w:pPr>
        <w:tabs>
          <w:tab w:val="left" w:pos="284"/>
        </w:tabs>
        <w:ind w:left="284" w:hanging="284"/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4) oferent* / oferenci* składający niniejszą ofertę nie zalega(-ją)* / zalega(-ją)* z opłacaniem należności z tytułu składek na ubezpieczenia społeczne;</w:t>
      </w:r>
    </w:p>
    <w:p w14:paraId="7D837420" w14:textId="77777777" w:rsidR="00036D1B" w:rsidRPr="003273FB" w:rsidRDefault="00000000">
      <w:pPr>
        <w:tabs>
          <w:tab w:val="left" w:pos="284"/>
        </w:tabs>
        <w:ind w:left="284" w:hanging="284"/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lastRenderedPageBreak/>
        <w:t>5)</w:t>
      </w:r>
      <w:r w:rsidRPr="003273FB">
        <w:rPr>
          <w:rFonts w:ascii="Arial" w:eastAsia="Arial" w:hAnsi="Arial" w:cs="Arial"/>
          <w:lang w:val="pl-PL"/>
        </w:rPr>
        <w:tab/>
        <w:t>dane zawarte w części II niniejszej oferty są zgodne z Krajowym Rejestrem Sądowym* / właściwą ewidencją*;</w:t>
      </w:r>
    </w:p>
    <w:p w14:paraId="370AF30D" w14:textId="77777777" w:rsidR="00036D1B" w:rsidRPr="003273FB" w:rsidRDefault="00000000">
      <w:pPr>
        <w:tabs>
          <w:tab w:val="left" w:pos="284"/>
        </w:tabs>
        <w:ind w:left="284" w:hanging="284"/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6)</w:t>
      </w:r>
      <w:r w:rsidRPr="003273FB">
        <w:rPr>
          <w:rFonts w:ascii="Arial" w:eastAsia="Arial" w:hAnsi="Arial" w:cs="Arial"/>
          <w:lang w:val="pl-PL"/>
        </w:rPr>
        <w:tab/>
        <w:t>wszystkie informacje podane w ofercie oraz załącznikach są zgodne z aktualnym stanem prawnym i faktycznym;</w:t>
      </w:r>
    </w:p>
    <w:p w14:paraId="3A1B0447" w14:textId="77777777" w:rsidR="00036D1B" w:rsidRPr="003273FB" w:rsidRDefault="00000000">
      <w:pPr>
        <w:ind w:left="284" w:hanging="284"/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7)</w:t>
      </w:r>
      <w:r w:rsidRPr="003273FB">
        <w:rPr>
          <w:rFonts w:ascii="Arial" w:eastAsia="Arial" w:hAnsi="Arial" w:cs="Arial"/>
          <w:lang w:val="pl-PL"/>
        </w:rPr>
        <w:tab/>
        <w:t xml:space="preserve">w zakresie związanym z otwartym konkursem ofert, w tym z gromadzeniem, przetwarzaniem i przekazywaniem danych osobowych, a także wprowadzaniem ich do systemów informatycznych, osoby, których dotyczą te dane, złożyły stosowne oświadczenia zgodnie z przepisami o ochronie danych osobowych. </w:t>
      </w:r>
    </w:p>
    <w:p w14:paraId="397FE75E" w14:textId="77777777" w:rsidR="00036D1B" w:rsidRPr="003273FB" w:rsidRDefault="00036D1B">
      <w:pPr>
        <w:ind w:left="284" w:hanging="284"/>
        <w:rPr>
          <w:rFonts w:ascii="Arial" w:eastAsia="Arial" w:hAnsi="Arial" w:cs="Arial"/>
          <w:lang w:val="pl-PL"/>
        </w:rPr>
      </w:pPr>
    </w:p>
    <w:p w14:paraId="7ADBD73D" w14:textId="77777777" w:rsidR="00036D1B" w:rsidRPr="003273FB" w:rsidRDefault="00036D1B">
      <w:pPr>
        <w:tabs>
          <w:tab w:val="left" w:pos="284"/>
        </w:tabs>
        <w:ind w:left="284" w:hanging="284"/>
        <w:rPr>
          <w:rFonts w:ascii="Arial" w:eastAsia="Arial" w:hAnsi="Arial" w:cs="Arial"/>
          <w:lang w:val="pl-PL"/>
        </w:rPr>
      </w:pPr>
    </w:p>
    <w:p w14:paraId="5EDD340C" w14:textId="77777777" w:rsidR="00036D1B" w:rsidRPr="003273FB" w:rsidRDefault="00036D1B">
      <w:pPr>
        <w:tabs>
          <w:tab w:val="left" w:pos="284"/>
        </w:tabs>
        <w:ind w:left="284" w:hanging="284"/>
        <w:rPr>
          <w:rFonts w:ascii="Arial" w:eastAsia="Arial" w:hAnsi="Arial" w:cs="Arial"/>
          <w:lang w:val="pl-PL"/>
        </w:rPr>
      </w:pPr>
    </w:p>
    <w:p w14:paraId="672297FC" w14:textId="77777777" w:rsidR="00036D1B" w:rsidRPr="003273FB" w:rsidRDefault="00000000">
      <w:pPr>
        <w:tabs>
          <w:tab w:val="right" w:pos="9540"/>
        </w:tabs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 xml:space="preserve">Data </w:t>
      </w:r>
    </w:p>
    <w:p w14:paraId="352D8067" w14:textId="77777777" w:rsidR="00036D1B" w:rsidRPr="003273FB" w:rsidRDefault="00000000">
      <w:pPr>
        <w:tabs>
          <w:tab w:val="right" w:pos="9540"/>
        </w:tabs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.................................................................</w:t>
      </w:r>
    </w:p>
    <w:p w14:paraId="2DA3D1CD" w14:textId="77777777" w:rsidR="00036D1B" w:rsidRPr="003273FB" w:rsidRDefault="00036D1B">
      <w:pPr>
        <w:tabs>
          <w:tab w:val="right" w:pos="9540"/>
        </w:tabs>
        <w:rPr>
          <w:rFonts w:ascii="Arial" w:eastAsia="Arial" w:hAnsi="Arial" w:cs="Arial"/>
          <w:lang w:val="pl-PL"/>
        </w:rPr>
      </w:pPr>
    </w:p>
    <w:p w14:paraId="00B46BE9" w14:textId="77777777" w:rsidR="00036D1B" w:rsidRPr="003273FB" w:rsidRDefault="00036D1B">
      <w:pPr>
        <w:tabs>
          <w:tab w:val="right" w:pos="9540"/>
        </w:tabs>
        <w:rPr>
          <w:rFonts w:ascii="Arial" w:eastAsia="Arial" w:hAnsi="Arial" w:cs="Arial"/>
          <w:lang w:val="pl-PL"/>
        </w:rPr>
      </w:pPr>
    </w:p>
    <w:p w14:paraId="249C733B" w14:textId="77777777" w:rsidR="00036D1B" w:rsidRPr="003273FB" w:rsidRDefault="00036D1B">
      <w:pPr>
        <w:tabs>
          <w:tab w:val="right" w:pos="9540"/>
        </w:tabs>
        <w:rPr>
          <w:rFonts w:ascii="Arial" w:eastAsia="Arial" w:hAnsi="Arial" w:cs="Arial"/>
          <w:lang w:val="pl-PL"/>
        </w:rPr>
      </w:pPr>
    </w:p>
    <w:p w14:paraId="20FD7102" w14:textId="77777777" w:rsidR="00036D1B" w:rsidRPr="003273FB" w:rsidRDefault="00000000">
      <w:pPr>
        <w:tabs>
          <w:tab w:val="right" w:pos="9540"/>
        </w:tabs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.................................................................</w:t>
      </w:r>
    </w:p>
    <w:p w14:paraId="35E51F26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(podpis osoby upoważnionej lub podpisy osób upoważnionych do składania oświadczeń woli w imieniu oferentów)</w:t>
      </w:r>
      <w:r w:rsidRPr="003273FB">
        <w:rPr>
          <w:lang w:val="pl-PL"/>
        </w:rPr>
        <w:br w:type="page"/>
      </w:r>
    </w:p>
    <w:p w14:paraId="31E8C697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lastRenderedPageBreak/>
        <w:t>Załącznik 2</w:t>
      </w:r>
    </w:p>
    <w:p w14:paraId="4A175F7A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7DB6B63D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657A4A14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…………………………………….</w:t>
      </w:r>
    </w:p>
    <w:p w14:paraId="1F78CE4A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 xml:space="preserve">   (pieczęć firmowa Oferenta)</w:t>
      </w:r>
    </w:p>
    <w:p w14:paraId="788EAB5F" w14:textId="77777777" w:rsidR="00036D1B" w:rsidRPr="003273FB" w:rsidRDefault="00036D1B">
      <w:pPr>
        <w:rPr>
          <w:rFonts w:ascii="Arial" w:eastAsia="Arial" w:hAnsi="Arial" w:cs="Arial"/>
          <w:b/>
          <w:bCs/>
          <w:lang w:val="pl-PL"/>
        </w:rPr>
      </w:pPr>
    </w:p>
    <w:p w14:paraId="14514816" w14:textId="77777777" w:rsidR="00036D1B" w:rsidRPr="003273FB" w:rsidRDefault="00000000">
      <w:pPr>
        <w:rPr>
          <w:rFonts w:ascii="Arial" w:eastAsia="Arial" w:hAnsi="Arial" w:cs="Arial"/>
          <w:b/>
          <w:bCs/>
          <w:lang w:val="pl-PL"/>
        </w:rPr>
      </w:pPr>
      <w:r w:rsidRPr="003273FB">
        <w:rPr>
          <w:rFonts w:ascii="Arial" w:eastAsia="Arial" w:hAnsi="Arial" w:cs="Arial"/>
          <w:b/>
          <w:bCs/>
          <w:lang w:val="pl-PL"/>
        </w:rPr>
        <w:t>OŚWIADCZENIA OFERENTA</w:t>
      </w:r>
    </w:p>
    <w:p w14:paraId="0D472F1D" w14:textId="77777777" w:rsidR="00036D1B" w:rsidRPr="003273FB" w:rsidRDefault="00000000">
      <w:pPr>
        <w:rPr>
          <w:lang w:val="pl-PL"/>
        </w:rPr>
      </w:pPr>
      <w:r w:rsidRPr="003273FB">
        <w:rPr>
          <w:rFonts w:ascii="Arial" w:eastAsia="Arial" w:hAnsi="Arial" w:cs="Arial"/>
          <w:lang w:val="pl-PL"/>
        </w:rPr>
        <w:t>W związku z przystąpieniem do otwartego konkursu ofert na realizację zadania publicznego z  zakresu pomocy społecznej pod nazwą: „Realizacja usług społecznych na terenie Gminy Gródek nad Dunajcem” oświadczam, że:</w:t>
      </w:r>
    </w:p>
    <w:p w14:paraId="7EE72B12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- realizatorzy zadania posiadają uprawnienia i kwalifikacje niezbędne do realizacji zleconego zadania publicznego;</w:t>
      </w:r>
    </w:p>
    <w:p w14:paraId="056C52F2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- działa / nie działa * w celu osiągnięcia zysku</w:t>
      </w:r>
    </w:p>
    <w:p w14:paraId="27B6B5B4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- zapoznał się z treścią ogłoszenia konkursowego;</w:t>
      </w:r>
    </w:p>
    <w:p w14:paraId="27657F2D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- przyjmuje do wiadomości i akceptuje, że zawarcie umowy o powierzenie realizacji zadania jest uzależnione od uzyskania przez Gminę Gródek nad Dunajcem dofinansowania w ramach projektu grantowego „Premia społeczna” oraz od ujęcia środków w uchwale budżetowej, a w przypadku nieuzyskania dofinansowania umowa nie zostanie zawarta, bez prawa do roszczeń z tego tytułu.</w:t>
      </w:r>
    </w:p>
    <w:p w14:paraId="7BCCB171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Oświadczam, że:</w:t>
      </w:r>
    </w:p>
    <w:p w14:paraId="76C042EB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• wyrażam zgodę na przetwarzanie danych osobowych zgodnie z art.6 ust.1 lit. c oraz art. 13 ust. 1 i 2 rozporządzenia Parlamentu Europejskiego i Rady (UE) 2016/679 z dnia 27 kwietnia 2016 r. w sprawie ochrony osób fizycznych w związku z przetwarzaniem danych osobowych i w sprawie swobodnego przepływu takich danych oraz uchylenia dyrektywy 95/46/WE (ogólne rozporządzenie o ochronie danych) (Dz. Urz. UE L 119 z 04.05.2016, str. 1), zwane :„RODO”;</w:t>
      </w:r>
    </w:p>
    <w:p w14:paraId="48D42FC6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• wypełniono wobec mnie obowiązki informacyjne przewidziane w art. 13 lub art. 14 RODO i wobec osób fizycznych, od których dane osobowe bezpośrednio lub pośrednio pozyskałem w celu ubiegania się o udzielenie dotacji w niniejszym otwartym konkursie ofert.</w:t>
      </w:r>
      <w:r w:rsidRPr="003273FB">
        <w:rPr>
          <w:rFonts w:ascii="Arial" w:eastAsia="Arial" w:hAnsi="Arial" w:cs="Arial"/>
          <w:lang w:val="pl-PL"/>
        </w:rPr>
        <w:tab/>
      </w:r>
    </w:p>
    <w:p w14:paraId="0F39A942" w14:textId="77777777" w:rsidR="00036D1B" w:rsidRPr="003273FB" w:rsidRDefault="00000000">
      <w:pPr>
        <w:tabs>
          <w:tab w:val="left" w:pos="284"/>
        </w:tabs>
        <w:rPr>
          <w:rFonts w:ascii="Arial" w:eastAsia="Arial" w:hAnsi="Arial" w:cs="Arial"/>
          <w:b/>
          <w:bCs/>
          <w:lang w:val="pl-PL"/>
        </w:rPr>
      </w:pPr>
      <w:r w:rsidRPr="003273FB">
        <w:rPr>
          <w:rFonts w:ascii="Arial" w:eastAsia="Arial" w:hAnsi="Arial" w:cs="Arial"/>
          <w:b/>
          <w:bCs/>
          <w:lang w:val="pl-PL"/>
        </w:rPr>
        <w:t xml:space="preserve">Oświadczenie wymagane od oferenta w zakresie wypełnienia obowiązków informacyjnych przewidzianych w art. 13 lub art. 14 RODO* </w:t>
      </w:r>
    </w:p>
    <w:p w14:paraId="321EF2CA" w14:textId="77777777" w:rsidR="00036D1B" w:rsidRPr="003273FB" w:rsidRDefault="00000000">
      <w:pPr>
        <w:tabs>
          <w:tab w:val="left" w:pos="284"/>
        </w:tabs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Oświadczam, że wypełniłem obowiązki informacyjne przewidziane w art. 13 lub art. 14 RODO1) wobec osób fizycznych, od których dane osobowe bezpośrednio lub pośrednio pozyskałem w celu ubiegania się o udzielenie dotacji w niniejszym otwartym konkursie ofert.</w:t>
      </w:r>
    </w:p>
    <w:p w14:paraId="6854F07E" w14:textId="77777777" w:rsidR="00036D1B" w:rsidRPr="003273FB" w:rsidRDefault="00000000">
      <w:pPr>
        <w:tabs>
          <w:tab w:val="left" w:pos="284"/>
        </w:tabs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Zobowiązuję się niezwłocznie udostępnić treść klauzuli informacyjnej RODO zawartej w treści ogłoszenia konkursowego wszystkim osobom, których dane przekazuję w związku z realizacją zadania publicznego i poinformować te osoby o zakresie przekazywanych danych.</w:t>
      </w:r>
    </w:p>
    <w:p w14:paraId="1D9B0C0F" w14:textId="77777777" w:rsidR="00036D1B" w:rsidRPr="003273FB" w:rsidRDefault="00000000">
      <w:pPr>
        <w:tabs>
          <w:tab w:val="left" w:pos="284"/>
        </w:tabs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 xml:space="preserve">1) rozporządzenie Parlamentu Europejskiego i Rady (UE) 2016/679 z dnia 27 kwietnia 2016 r. w sprawie ochrony osób fizycznych w związku z przetwarzaniem danych osobowych i w sprawie swobodnego przepływu takich danych oraz uchylenia dyrektywy 95/46/WE (ogólne rozporządzenie o ochronie danych) (Dz. Urz. UE L 119 z 04.05.2016, str. 1). </w:t>
      </w:r>
    </w:p>
    <w:p w14:paraId="602A5FB5" w14:textId="77777777" w:rsidR="00036D1B" w:rsidRPr="003273FB" w:rsidRDefault="00000000">
      <w:pPr>
        <w:tabs>
          <w:tab w:val="left" w:pos="284"/>
        </w:tabs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* W przypadku gdy oferent nie przekazuje danych osobowych innych niż bezpośrednio jego dotyczących lub zachodzi wyłączenie stosowania obowiązku informacyjnego, stosownie do art. 13 ust. 4 lub art. 14 ust. 5 RODO treści oświadczenia oferent nie składa (np. przez jego wykreślenie).</w:t>
      </w:r>
    </w:p>
    <w:p w14:paraId="54A68ECD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14C12578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50C71BA6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………………………………………………</w:t>
      </w:r>
    </w:p>
    <w:p w14:paraId="017C8BD8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(data i podpis osoby upoważnionej do składania oświadczeń woli w imieniu Oferenta)</w:t>
      </w:r>
    </w:p>
    <w:p w14:paraId="220D9D76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7F5E6FFC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*niepotrzebne skreślić</w:t>
      </w:r>
      <w:r w:rsidRPr="003273FB">
        <w:rPr>
          <w:lang w:val="pl-PL"/>
        </w:rPr>
        <w:br w:type="page"/>
      </w:r>
    </w:p>
    <w:p w14:paraId="64FB241F" w14:textId="77777777" w:rsidR="00036D1B" w:rsidRPr="003273FB" w:rsidRDefault="00000000">
      <w:pPr>
        <w:rPr>
          <w:rFonts w:ascii="Arial" w:eastAsia="Arial" w:hAnsi="Arial" w:cs="Arial"/>
          <w:highlight w:val="white"/>
          <w:lang w:val="pl-PL"/>
        </w:rPr>
      </w:pPr>
      <w:r w:rsidRPr="003273FB">
        <w:rPr>
          <w:rFonts w:ascii="Arial" w:eastAsia="Arial" w:hAnsi="Arial" w:cs="Arial"/>
          <w:highlight w:val="white"/>
          <w:lang w:val="pl-PL"/>
        </w:rPr>
        <w:lastRenderedPageBreak/>
        <w:t>Załącznik nr 3 Oświadczenia o wykluczeniu</w:t>
      </w:r>
    </w:p>
    <w:p w14:paraId="11A5AE61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1C1F6F0C" w14:textId="77777777" w:rsidR="00036D1B" w:rsidRPr="003273FB" w:rsidRDefault="00000000">
      <w:pPr>
        <w:tabs>
          <w:tab w:val="left" w:pos="284"/>
        </w:tabs>
        <w:rPr>
          <w:rFonts w:ascii="Arial" w:eastAsia="Arial" w:hAnsi="Arial" w:cs="Arial"/>
          <w:b/>
          <w:bCs/>
          <w:u w:val="single"/>
          <w:lang w:val="pl-PL"/>
        </w:rPr>
      </w:pPr>
      <w:r w:rsidRPr="003273FB">
        <w:rPr>
          <w:rFonts w:ascii="Arial" w:eastAsia="Arial" w:hAnsi="Arial" w:cs="Arial"/>
          <w:b/>
          <w:bCs/>
          <w:u w:val="single"/>
          <w:lang w:val="pl-PL"/>
        </w:rPr>
        <w:t>Oświadczenie Oferenta dotyczące podstaw wykluczenia</w:t>
      </w:r>
    </w:p>
    <w:p w14:paraId="7CF3CE7C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304574EB" w14:textId="77777777" w:rsidR="00036D1B" w:rsidRPr="003273FB" w:rsidRDefault="00000000">
      <w:pPr>
        <w:tabs>
          <w:tab w:val="left" w:pos="284"/>
        </w:tabs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Ja(my), niżej podpisany(i)_________________________________________________________,</w:t>
      </w:r>
    </w:p>
    <w:p w14:paraId="73A3173C" w14:textId="77777777" w:rsidR="00036D1B" w:rsidRPr="003273FB" w:rsidRDefault="00000000">
      <w:pPr>
        <w:tabs>
          <w:tab w:val="left" w:pos="284"/>
        </w:tabs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działając w imieniu i na rzecz Oferenta:</w:t>
      </w:r>
    </w:p>
    <w:p w14:paraId="52BF5E05" w14:textId="77777777" w:rsidR="00036D1B" w:rsidRPr="003273FB" w:rsidRDefault="00000000">
      <w:pPr>
        <w:tabs>
          <w:tab w:val="left" w:pos="284"/>
        </w:tabs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______________________________________________________________________________________________________________________________________,</w:t>
      </w:r>
    </w:p>
    <w:p w14:paraId="1286BE29" w14:textId="77777777" w:rsidR="00036D1B" w:rsidRPr="003273FB" w:rsidRDefault="00000000">
      <w:pPr>
        <w:rPr>
          <w:lang w:val="pl-PL"/>
        </w:rPr>
      </w:pPr>
      <w:r w:rsidRPr="003273FB">
        <w:rPr>
          <w:rFonts w:ascii="Arial" w:eastAsia="Arial" w:hAnsi="Arial" w:cs="Arial"/>
          <w:lang w:val="pl-PL"/>
        </w:rPr>
        <w:t xml:space="preserve">składając ofertę w otwartym konkursie ofert na realizację zadania publicznego z  zakresu pomocy społecznej pod nazwą: „Realizacja usług społecznych na terenie Gminy Gródek nad Dunajcem”, oświadczam(y), że:  </w:t>
      </w:r>
    </w:p>
    <w:p w14:paraId="5639E44A" w14:textId="77777777" w:rsidR="00036D1B" w:rsidRPr="003273FB" w:rsidRDefault="00000000">
      <w:pPr>
        <w:numPr>
          <w:ilvl w:val="0"/>
          <w:numId w:val="12"/>
        </w:numPr>
        <w:rPr>
          <w:rFonts w:ascii="Arial" w:eastAsia="Arial" w:hAnsi="Arial" w:cs="Arial"/>
          <w:lang w:val="pl-PL"/>
        </w:rPr>
      </w:pPr>
      <w:bookmarkStart w:id="0" w:name="_heading=h.4d34og8"/>
      <w:bookmarkEnd w:id="0"/>
      <w:r w:rsidRPr="003273FB">
        <w:rPr>
          <w:rFonts w:ascii="Arial" w:eastAsia="Arial" w:hAnsi="Arial" w:cs="Arial"/>
          <w:lang w:val="pl-PL"/>
        </w:rPr>
        <w:t>nie podlegam wykluczeniu z niniejszego postępowania na podstawie art. 7 ust.1</w:t>
      </w:r>
      <w:r>
        <w:rPr>
          <w:rStyle w:val="Zakotwiczenieprzypisudolnego"/>
          <w:rFonts w:ascii="Arial" w:eastAsia="Arial" w:hAnsi="Arial" w:cs="Arial"/>
        </w:rPr>
        <w:footnoteReference w:id="8"/>
      </w:r>
      <w:r w:rsidRPr="003273FB">
        <w:rPr>
          <w:rFonts w:ascii="Arial" w:eastAsia="Arial" w:hAnsi="Arial" w:cs="Arial"/>
          <w:lang w:val="pl-PL"/>
        </w:rPr>
        <w:t xml:space="preserve"> w związku z art. 7 pkt 9</w:t>
      </w:r>
      <w:r>
        <w:rPr>
          <w:rStyle w:val="Zakotwiczenieprzypisudolnego"/>
          <w:rFonts w:ascii="Arial" w:eastAsia="Arial" w:hAnsi="Arial" w:cs="Arial"/>
        </w:rPr>
        <w:footnoteReference w:id="9"/>
      </w:r>
      <w:r w:rsidRPr="003273FB">
        <w:rPr>
          <w:rFonts w:ascii="Arial" w:eastAsia="Arial" w:hAnsi="Arial" w:cs="Arial"/>
          <w:lang w:val="pl-PL"/>
        </w:rPr>
        <w:t xml:space="preserve"> ustawy z dnia 13 kwietnia 2022 r.  o szczególnych rozwiązaniach w zakresie przeciwdziałania wspieraniu agresji na Ukrainę oraz służących ochronie bezpieczeństwa narodowego.</w:t>
      </w:r>
    </w:p>
    <w:p w14:paraId="05F7C9F8" w14:textId="77777777" w:rsidR="00036D1B" w:rsidRPr="003273FB" w:rsidRDefault="00000000">
      <w:pPr>
        <w:numPr>
          <w:ilvl w:val="0"/>
          <w:numId w:val="12"/>
        </w:num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Oświadczam, że informacje podane w powyższym oświadczeniu są aktualne i zgodne z prawdą oraz zostały przedstawione z pełną świadomością konsekwencji wprowadzenia zamawiającego w błąd przy przedstawianiu informacji.</w:t>
      </w:r>
    </w:p>
    <w:p w14:paraId="0E0BF5D4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7BE28B79" w14:textId="77777777" w:rsidR="00036D1B" w:rsidRPr="003273FB" w:rsidRDefault="00036D1B">
      <w:pPr>
        <w:tabs>
          <w:tab w:val="left" w:pos="284"/>
        </w:tabs>
        <w:rPr>
          <w:rFonts w:ascii="Arial" w:eastAsia="Arial" w:hAnsi="Arial" w:cs="Arial"/>
          <w:lang w:val="pl-PL"/>
        </w:rPr>
      </w:pPr>
    </w:p>
    <w:p w14:paraId="3D0D8968" w14:textId="77777777" w:rsidR="00036D1B" w:rsidRPr="003273FB" w:rsidRDefault="00036D1B">
      <w:pPr>
        <w:tabs>
          <w:tab w:val="left" w:pos="284"/>
        </w:tabs>
        <w:rPr>
          <w:rFonts w:ascii="Arial" w:eastAsia="Arial" w:hAnsi="Arial" w:cs="Arial"/>
          <w:lang w:val="pl-PL"/>
        </w:rPr>
      </w:pPr>
    </w:p>
    <w:p w14:paraId="4B5D3CB6" w14:textId="77777777" w:rsidR="00036D1B" w:rsidRPr="003273FB" w:rsidRDefault="00036D1B">
      <w:pPr>
        <w:tabs>
          <w:tab w:val="left" w:pos="284"/>
        </w:tabs>
        <w:rPr>
          <w:rFonts w:ascii="Arial" w:eastAsia="Arial" w:hAnsi="Arial" w:cs="Arial"/>
          <w:lang w:val="pl-PL"/>
        </w:rPr>
      </w:pPr>
    </w:p>
    <w:p w14:paraId="52EEFB77" w14:textId="77777777" w:rsidR="00036D1B" w:rsidRPr="003273FB" w:rsidRDefault="00000000">
      <w:pPr>
        <w:tabs>
          <w:tab w:val="left" w:pos="284"/>
        </w:tabs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 xml:space="preserve">……………………………   </w:t>
      </w:r>
      <w:r w:rsidRPr="003273FB">
        <w:rPr>
          <w:rFonts w:ascii="Arial" w:eastAsia="Arial" w:hAnsi="Arial" w:cs="Arial"/>
          <w:lang w:val="pl-PL"/>
        </w:rPr>
        <w:tab/>
        <w:t xml:space="preserve">              ……………………………………………</w:t>
      </w:r>
    </w:p>
    <w:p w14:paraId="3531ECE8" w14:textId="77777777" w:rsidR="00036D1B" w:rsidRPr="003273FB" w:rsidRDefault="00000000">
      <w:pPr>
        <w:tabs>
          <w:tab w:val="left" w:pos="284"/>
        </w:tabs>
        <w:ind w:left="4950" w:hanging="4950"/>
        <w:rPr>
          <w:rFonts w:ascii="Arial" w:eastAsia="Arial" w:hAnsi="Arial" w:cs="Arial"/>
          <w:lang w:val="pl-PL"/>
        </w:rPr>
      </w:pPr>
      <w:bookmarkStart w:id="1" w:name="_heading=h.hp0cvkbu5liz"/>
      <w:bookmarkEnd w:id="1"/>
      <w:r w:rsidRPr="003273FB">
        <w:rPr>
          <w:rFonts w:ascii="Arial" w:eastAsia="Arial" w:hAnsi="Arial" w:cs="Arial"/>
          <w:lang w:val="pl-PL"/>
        </w:rPr>
        <w:t>(miejscowość i data)                                   (</w:t>
      </w:r>
      <w:r w:rsidRPr="003273FB">
        <w:rPr>
          <w:rFonts w:ascii="Arial" w:eastAsia="Arial" w:hAnsi="Arial" w:cs="Arial"/>
          <w:i/>
          <w:iCs/>
          <w:lang w:val="pl-PL"/>
        </w:rPr>
        <w:t>podpis osoby uprawnionej do reprezentowania Oferenta)</w:t>
      </w:r>
    </w:p>
    <w:p w14:paraId="575A509A" w14:textId="77777777" w:rsidR="00036D1B" w:rsidRPr="003273FB" w:rsidRDefault="00036D1B">
      <w:pPr>
        <w:tabs>
          <w:tab w:val="left" w:pos="284"/>
        </w:tabs>
        <w:rPr>
          <w:rFonts w:ascii="Arial" w:eastAsia="Arial" w:hAnsi="Arial" w:cs="Arial"/>
          <w:lang w:val="pl-PL"/>
        </w:rPr>
      </w:pPr>
    </w:p>
    <w:p w14:paraId="3ED3195C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4380AA19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lang w:val="pl-PL"/>
        </w:rPr>
        <w:br w:type="page"/>
      </w:r>
    </w:p>
    <w:p w14:paraId="3A0A6C74" w14:textId="77777777" w:rsidR="00036D1B" w:rsidRPr="003273FB" w:rsidRDefault="00036D1B">
      <w:pPr>
        <w:rPr>
          <w:lang w:val="pl-PL"/>
        </w:rPr>
        <w:sectPr w:rsidR="00036D1B" w:rsidRPr="003273FB">
          <w:pgSz w:w="11906" w:h="16838"/>
          <w:pgMar w:top="761" w:right="1440" w:bottom="1276" w:left="1440" w:header="0" w:footer="3" w:gutter="0"/>
          <w:pgNumType w:start="1"/>
          <w:cols w:space="708"/>
          <w:formProt w:val="0"/>
          <w:docGrid w:linePitch="100"/>
        </w:sectPr>
      </w:pPr>
    </w:p>
    <w:p w14:paraId="3CEF8325" w14:textId="77777777" w:rsidR="00036D1B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Załącznik nr 4</w:t>
      </w:r>
    </w:p>
    <w:p w14:paraId="4B86F696" w14:textId="77777777" w:rsidR="00036D1B" w:rsidRDefault="00036D1B">
      <w:pPr>
        <w:rPr>
          <w:rFonts w:ascii="Arial" w:eastAsia="Arial" w:hAnsi="Arial" w:cs="Arial"/>
        </w:rPr>
      </w:pPr>
    </w:p>
    <w:p w14:paraId="13AEB1A9" w14:textId="77777777" w:rsidR="00036D1B" w:rsidRDefault="00036D1B">
      <w:pPr>
        <w:rPr>
          <w:rFonts w:ascii="Arial" w:eastAsia="Arial" w:hAnsi="Arial" w:cs="Arial"/>
        </w:rPr>
      </w:pPr>
    </w:p>
    <w:p w14:paraId="2FE259B7" w14:textId="77777777" w:rsidR="00036D1B" w:rsidRDefault="00036D1B">
      <w:pPr>
        <w:rPr>
          <w:rFonts w:ascii="Arial" w:eastAsia="Arial" w:hAnsi="Arial" w:cs="Arial"/>
          <w:b/>
          <w:bCs/>
          <w:smallCaps/>
        </w:rPr>
      </w:pPr>
    </w:p>
    <w:p w14:paraId="19989999" w14:textId="77777777" w:rsidR="00036D1B" w:rsidRDefault="00000000">
      <w:pPr>
        <w:rPr>
          <w:rFonts w:ascii="Arial" w:eastAsia="Arial" w:hAnsi="Arial" w:cs="Arial"/>
          <w:b/>
          <w:bCs/>
          <w:smallCaps/>
        </w:rPr>
      </w:pPr>
      <w:r>
        <w:rPr>
          <w:rFonts w:ascii="Arial" w:eastAsia="Arial" w:hAnsi="Arial" w:cs="Arial"/>
          <w:b/>
          <w:bCs/>
          <w:smallCaps/>
        </w:rPr>
        <w:t>Karta oceny oferty</w:t>
      </w:r>
    </w:p>
    <w:p w14:paraId="0E494D70" w14:textId="77777777" w:rsidR="00036D1B" w:rsidRDefault="00036D1B">
      <w:pPr>
        <w:rPr>
          <w:rFonts w:ascii="Arial" w:eastAsia="Arial" w:hAnsi="Arial" w:cs="Arial"/>
        </w:rPr>
      </w:pPr>
    </w:p>
    <w:tbl>
      <w:tblPr>
        <w:tblW w:w="15110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4200"/>
        <w:gridCol w:w="10910"/>
      </w:tblGrid>
      <w:tr w:rsidR="00036D1B" w14:paraId="1735C129" w14:textId="77777777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D2C86C6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Nazwa zadania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03B1F8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17FAAFE7" w14:textId="77777777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43FF513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Nazwa i adres oferenta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4A98FB4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08BCD655" w14:textId="77777777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73AFDA6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Wartość zadania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D217CC7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5B6C79C2" w14:textId="77777777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F772E0E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Wnioskowana kwota dotacji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A2EAB4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6FFDA7B3" w14:textId="77777777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B87FA90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Ilość punktów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AA46683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3B9D2C7C" w14:textId="77777777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1175E62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 wypełnienia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88CC63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</w:tbl>
    <w:p w14:paraId="17C0583B" w14:textId="77777777" w:rsidR="00036D1B" w:rsidRDefault="00036D1B">
      <w:pPr>
        <w:rPr>
          <w:rFonts w:ascii="Arial" w:eastAsia="Arial" w:hAnsi="Arial" w:cs="Arial"/>
        </w:rPr>
      </w:pPr>
    </w:p>
    <w:p w14:paraId="49059857" w14:textId="77777777" w:rsidR="00036D1B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I. Ocena formalna</w:t>
      </w:r>
    </w:p>
    <w:p w14:paraId="76B21153" w14:textId="77777777" w:rsidR="00036D1B" w:rsidRDefault="00036D1B">
      <w:pPr>
        <w:rPr>
          <w:rFonts w:ascii="Arial" w:eastAsia="Arial" w:hAnsi="Arial" w:cs="Arial"/>
        </w:rPr>
      </w:pPr>
    </w:p>
    <w:tbl>
      <w:tblPr>
        <w:tblW w:w="15110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700"/>
        <w:gridCol w:w="10210"/>
        <w:gridCol w:w="1400"/>
        <w:gridCol w:w="1400"/>
        <w:gridCol w:w="1400"/>
      </w:tblGrid>
      <w:tr w:rsidR="00036D1B" w14:paraId="326DD8E6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284FA78C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Lp.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12DB6C38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Kryteria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06D36954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Tak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  <w:vAlign w:val="center"/>
          </w:tcPr>
          <w:p w14:paraId="777C6BD7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Nie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</w:tcPr>
          <w:p w14:paraId="7B421D60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Nie dotyczy</w:t>
            </w:r>
          </w:p>
        </w:tc>
      </w:tr>
      <w:tr w:rsidR="00036D1B" w:rsidRPr="003273FB" w14:paraId="32697191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B26AE1F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5F2A870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Oferta została złożona w terminie i miejscu określonym w ogłoszeniu.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934ADF9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50308C4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7422D6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:rsidRPr="003273FB" w14:paraId="4C6E0446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2368B0A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180BD6C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Oferta została złożona przez podmiot uprawniony do udziału w konkursie.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2EFBA51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1CB8659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7EDE4C5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14:paraId="57666C52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3A6DFCD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3E4844E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Oferent złożył jedną ofertę.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0B46D1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4C9F38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28F8824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:rsidRPr="003273FB" w14:paraId="120E92B2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F567C2E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3E6BAE5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 xml:space="preserve">Wraz z ofertą złożono wypełnione oświadczenia stanowiące załącznik nr </w:t>
            </w:r>
            <w:r w:rsidRPr="003273FB">
              <w:rPr>
                <w:rFonts w:ascii="Arial" w:eastAsia="Arial" w:hAnsi="Arial" w:cs="Arial"/>
                <w:lang w:val="pl-PL"/>
              </w:rPr>
              <w:br/>
              <w:t>2 i 3  do ogłoszenia otwartego konkursu ofert.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59C8FEC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24A3B6F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4D6DDFB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:rsidRPr="003273FB" w14:paraId="16624B21" w14:textId="77777777">
        <w:trPr>
          <w:trHeight w:val="907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41E6618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D3F7FBC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Oferta została złożona na odpowiednim formularzu, który nie został przez Oferenta zmodyfikowany (tj. nie zostały usunięte punkty, nie zostały dodane nowe postanowienia). Jednocześnie wszystkie pola zostały wypełnione, a oferta jest zgodna merytorycznie z rodzajem zadania wskazanym w ogłoszeniu.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814210A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744835B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A700450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:rsidRPr="003273FB" w14:paraId="27894958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3E8F133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A7A24EB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Oferta została podpisana przez osobę do tego uprawnioną.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AE71AB9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EF8EC64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91B995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:rsidRPr="003273FB" w14:paraId="45C67DA4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8CF81FE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BBAE2FD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Prowadzona przez Oferenta działalność jest zgodna z rodzajem zadania.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BA2C519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E702AF8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02D5298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:rsidRPr="003273FB" w14:paraId="05612339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ACED00C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B10438A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Działania będą realizowane na rzecz adresatów określonych w ogłoszeniu.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9FBBD41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9984254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1355094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:rsidRPr="003273FB" w14:paraId="62939E52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A90F2EF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5C4A1A1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 xml:space="preserve">Wnioskowana przez Oferenta kwota dotacji spełnia kryterium wskazane </w:t>
            </w:r>
            <w:r w:rsidRPr="003273FB">
              <w:rPr>
                <w:rFonts w:ascii="Arial" w:eastAsia="Arial" w:hAnsi="Arial" w:cs="Arial"/>
                <w:lang w:val="pl-PL"/>
              </w:rPr>
              <w:br/>
              <w:t>w ogłoszeniu.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379590F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15A576F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D925FF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14:paraId="2A4B3285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42DA533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10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6278791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Do oferty załączone zostały następujące dokumenty: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6588B10C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  <w:vAlign w:val="center"/>
          </w:tcPr>
          <w:p w14:paraId="47FCFE70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</w:tcPr>
          <w:p w14:paraId="4FB9E9CD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036D1B" w:rsidRPr="003273FB" w14:paraId="217F450C" w14:textId="77777777">
        <w:trPr>
          <w:trHeight w:val="1531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1DDD203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5CE91AF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w przypadku spółek akcyjnych i spółek z ograniczoną odpowiedzialnością dokumenty poświadczające, że nie działają one w celu osiągnięcia zysku oraz przeznaczają całość dochodu na realizację celów statutowych oraz nie przeznaczają zysku do podziału między swoich członków, udziałowców, akcjonariuszy i pracowników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0B7C32F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4C7CF65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6C3022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:rsidRPr="003273FB" w14:paraId="79F872F2" w14:textId="77777777">
        <w:trPr>
          <w:trHeight w:val="907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A8895C8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4E6EAE1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 xml:space="preserve">w przypadku wyboru innego sposobu reprezentacji Oferenta niż wynikający  </w:t>
            </w:r>
            <w:r w:rsidRPr="003273FB">
              <w:rPr>
                <w:rFonts w:ascii="Arial" w:eastAsia="Arial" w:hAnsi="Arial" w:cs="Arial"/>
                <w:lang w:val="pl-PL"/>
              </w:rPr>
              <w:br/>
              <w:t>z dokumentu rejestrowego pełnomocnictwo do jego reprezentowania w oryginale.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9CD8FAF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E0DED2A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7502DC4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036D1B" w:rsidRPr="003273FB" w14:paraId="2F797276" w14:textId="77777777">
        <w:trPr>
          <w:trHeight w:val="964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B5E9756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6E0ADF7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w przypadku złożenia oferty wspólnej oryginał lub kopia potwierdzona za zgodność z oryginałem przez notariusza pełnomocnictwa do reprezentowania Oferentów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47E8989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56F3E70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7BB174C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</w:tr>
    </w:tbl>
    <w:p w14:paraId="6128E704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79336F99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Jeżeli w którymkolwiek z powyższych kryterium została udzielona odpowiedź „nie” oferta nie spełnia wymogów formalnych i nie podlega ocenie merytorycznej.</w:t>
      </w:r>
    </w:p>
    <w:p w14:paraId="454D370B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Oferta spełnia*/</w:t>
      </w:r>
      <w:r w:rsidRPr="003273FB">
        <w:rPr>
          <w:rFonts w:ascii="Arial" w:eastAsia="Arial" w:hAnsi="Arial" w:cs="Arial"/>
          <w:strike/>
          <w:lang w:val="pl-PL"/>
        </w:rPr>
        <w:t>nie spełnia</w:t>
      </w:r>
      <w:r w:rsidRPr="003273FB">
        <w:rPr>
          <w:rFonts w:ascii="Arial" w:eastAsia="Arial" w:hAnsi="Arial" w:cs="Arial"/>
          <w:lang w:val="pl-PL"/>
        </w:rPr>
        <w:t>* wymogi(-ów) formalnych i podlega*/</w:t>
      </w:r>
      <w:r w:rsidRPr="003273FB">
        <w:rPr>
          <w:rFonts w:ascii="Arial" w:eastAsia="Arial" w:hAnsi="Arial" w:cs="Arial"/>
          <w:strike/>
          <w:lang w:val="pl-PL"/>
        </w:rPr>
        <w:t>nie podlega</w:t>
      </w:r>
      <w:r w:rsidRPr="003273FB">
        <w:rPr>
          <w:rFonts w:ascii="Arial" w:eastAsia="Arial" w:hAnsi="Arial" w:cs="Arial"/>
          <w:lang w:val="pl-PL"/>
        </w:rPr>
        <w:t xml:space="preserve"> * ocenie merytorycznej.</w:t>
      </w:r>
      <w:r w:rsidRPr="003273FB">
        <w:rPr>
          <w:lang w:val="pl-PL"/>
        </w:rPr>
        <w:br w:type="page"/>
      </w:r>
    </w:p>
    <w:p w14:paraId="3E458194" w14:textId="77777777" w:rsidR="00036D1B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II. Ocena merytoryczna</w:t>
      </w:r>
    </w:p>
    <w:tbl>
      <w:tblPr>
        <w:tblW w:w="15110" w:type="dxa"/>
        <w:tblInd w:w="-11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700"/>
        <w:gridCol w:w="4200"/>
        <w:gridCol w:w="1100"/>
        <w:gridCol w:w="1350"/>
        <w:gridCol w:w="1350"/>
        <w:gridCol w:w="1350"/>
        <w:gridCol w:w="1350"/>
        <w:gridCol w:w="1350"/>
        <w:gridCol w:w="1180"/>
        <w:gridCol w:w="1180"/>
      </w:tblGrid>
      <w:tr w:rsidR="00036D1B" w:rsidRPr="003273FB" w14:paraId="514B5AB3" w14:textId="77777777">
        <w:tc>
          <w:tcPr>
            <w:tcW w:w="70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0B88E9C7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Lp.</w:t>
            </w:r>
          </w:p>
        </w:tc>
        <w:tc>
          <w:tcPr>
            <w:tcW w:w="420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1E7D370F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Kryteria</w:t>
            </w:r>
          </w:p>
        </w:tc>
        <w:tc>
          <w:tcPr>
            <w:tcW w:w="110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44B60407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 xml:space="preserve">Skala ocen </w:t>
            </w:r>
            <w:r w:rsidRPr="003273FB">
              <w:rPr>
                <w:rFonts w:ascii="Arial" w:eastAsia="Arial" w:hAnsi="Arial" w:cs="Arial"/>
                <w:lang w:val="pl-PL"/>
              </w:rPr>
              <w:br/>
              <w:t>jaką może przyznać każdy z członków Komisji konkursowej</w:t>
            </w:r>
          </w:p>
        </w:tc>
        <w:tc>
          <w:tcPr>
            <w:tcW w:w="911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  <w:vAlign w:val="center"/>
          </w:tcPr>
          <w:p w14:paraId="15C5689F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Liczba punktów przyznana przez członków Komisji konkursowej</w:t>
            </w:r>
          </w:p>
        </w:tc>
      </w:tr>
      <w:tr w:rsidR="00036D1B" w14:paraId="533084A2" w14:textId="77777777">
        <w:trPr>
          <w:trHeight w:val="1163"/>
        </w:trPr>
        <w:tc>
          <w:tcPr>
            <w:tcW w:w="70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52E3750B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420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7B0E1609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66705ED0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7FF24207" w14:textId="77777777" w:rsidR="00036D1B" w:rsidRPr="003273FB" w:rsidRDefault="00000000">
            <w:pPr>
              <w:ind w:left="113" w:right="113"/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(imię i nazwisko członka Komisji konkursowej)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0BDBF909" w14:textId="77777777" w:rsidR="00036D1B" w:rsidRPr="003273FB" w:rsidRDefault="00000000">
            <w:pPr>
              <w:ind w:left="113" w:right="113"/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(imię i nazwisko członka Komisji konkursowej)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10ED96BA" w14:textId="77777777" w:rsidR="00036D1B" w:rsidRPr="003273FB" w:rsidRDefault="00000000">
            <w:pPr>
              <w:ind w:left="113" w:right="113"/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(imię i nazwisko członka Komisji konkursowej)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05BC29DA" w14:textId="77777777" w:rsidR="00036D1B" w:rsidRPr="003273FB" w:rsidRDefault="00000000">
            <w:pPr>
              <w:ind w:left="113" w:right="113"/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(imię i nazwisko członka Komisji konkursowej)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1E9E403A" w14:textId="77777777" w:rsidR="00036D1B" w:rsidRPr="003273FB" w:rsidRDefault="00000000">
            <w:pPr>
              <w:ind w:left="113" w:right="113"/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(imię i nazwisko członka Komisji konkursowej)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3812B51B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Suma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  <w:vAlign w:val="center"/>
          </w:tcPr>
          <w:p w14:paraId="40BAA3F3" w14:textId="77777777" w:rsidR="00036D1B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Średnia</w:t>
            </w:r>
          </w:p>
        </w:tc>
      </w:tr>
      <w:tr w:rsidR="00036D1B" w14:paraId="181AE58C" w14:textId="77777777">
        <w:trPr>
          <w:trHeight w:val="660"/>
        </w:trPr>
        <w:tc>
          <w:tcPr>
            <w:tcW w:w="151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6D9F1"/>
            <w:vAlign w:val="center"/>
          </w:tcPr>
          <w:p w14:paraId="075D0F26" w14:textId="77777777" w:rsidR="00036D1B" w:rsidRDefault="00000000">
            <w:pPr>
              <w:rPr>
                <w:rFonts w:ascii="Arial" w:eastAsia="Arial" w:hAnsi="Arial" w:cs="Aria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 xml:space="preserve">MOŻLIWOŚĆ REALIZACJI ZADANIA PUBLICZNEGO PRZEZ OFERENTA – MAX. </w:t>
            </w:r>
            <w:r>
              <w:rPr>
                <w:rFonts w:ascii="Arial" w:eastAsia="Arial" w:hAnsi="Arial" w:cs="Arial"/>
                <w:b/>
                <w:bCs/>
              </w:rPr>
              <w:t>ILOŚĆ PUNKTÓW 20</w:t>
            </w:r>
          </w:p>
        </w:tc>
      </w:tr>
      <w:tr w:rsidR="00036D1B" w14:paraId="132946CA" w14:textId="77777777">
        <w:trPr>
          <w:trHeight w:val="358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AE4DCF0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8FCBC0E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Potencjał organizacyjny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2C728E6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D78C1C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CAF521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CED829E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EB8B2B4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EAC6BE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7B50FF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832E28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1D37543A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18D5C85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7232972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Doświadczenie oferenta w realizacji zadań podobnego typu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AF9A6B3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15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67CE1E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FF3B363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335AD96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D513E6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0D44A1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B2A34AF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D33F47F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:rsidRPr="003273FB" w14:paraId="1539A8C4" w14:textId="77777777">
        <w:trPr>
          <w:trHeight w:val="583"/>
        </w:trPr>
        <w:tc>
          <w:tcPr>
            <w:tcW w:w="151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6D9F1"/>
            <w:vAlign w:val="center"/>
          </w:tcPr>
          <w:p w14:paraId="6EA6EF5D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>KALKULACJA KOSZTÓW – MAX. ILOŚĆ PUNKTÓW 30</w:t>
            </w:r>
          </w:p>
        </w:tc>
      </w:tr>
      <w:tr w:rsidR="00036D1B" w14:paraId="69C6D4BC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00C22EB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CA488A8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Koszt wykonania zadania mierzony wg wzoru:</w:t>
            </w:r>
          </w:p>
          <w:p w14:paraId="5F1B7576" w14:textId="77777777" w:rsidR="00036D1B" w:rsidRPr="003273FB" w:rsidRDefault="00000000">
            <w:pPr>
              <w:ind w:left="317" w:hanging="317"/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 xml:space="preserve">        najniższy koszt realizacji zadania      publicznego wśród złożonych ofert</w:t>
            </w:r>
          </w:p>
          <w:p w14:paraId="3B76274E" w14:textId="77777777" w:rsidR="00036D1B" w:rsidRPr="003273FB" w:rsidRDefault="00000000">
            <w:pPr>
              <w:ind w:left="317" w:hanging="317"/>
              <w:rPr>
                <w:rFonts w:ascii="Arial" w:eastAsia="Arial" w:hAnsi="Arial" w:cs="Arial"/>
                <w:lang w:val="pl-PL"/>
              </w:rPr>
            </w:pPr>
            <w:bookmarkStart w:id="2" w:name="_heading=h.2s8eyo1"/>
            <w:bookmarkEnd w:id="2"/>
            <w:r w:rsidRPr="003273FB">
              <w:rPr>
                <w:rFonts w:ascii="Arial" w:eastAsia="Arial" w:hAnsi="Arial" w:cs="Arial"/>
                <w:lang w:val="pl-PL"/>
              </w:rPr>
              <w:t>k = ------------------------------------ x 100 x 15%                                                 koszt realizacji zadania                  publicznego rozpatrywanej oferty</w:t>
            </w:r>
          </w:p>
          <w:p w14:paraId="3ECEA358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1. Przyjmuje się, że 1% = 1 pkt i tak zostanie przeliczona liczba punktów w tym kryterium</w:t>
            </w:r>
          </w:p>
          <w:p w14:paraId="185D2FCD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lastRenderedPageBreak/>
              <w:t>2. Obliczenia dokonane będą z dokładnością do dwóch miejsc po przecinku.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9FF943A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0 – 15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CE65D3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C93199D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24A8803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05084C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C01934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37C5A0C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49741DE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34B415A9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BDC3081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93D702D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Przejrzystość kalkulacji kosztów realizacji zadania w odniesieniu do zakresu rzeczowego zadania (celowość , zasadność)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505215F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10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0DE2E1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69B6733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2D2DB82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E3BC4BE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5F7A7E9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8F15C02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E635B5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1829E764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BAFD44D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3707AFF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Adekwatność kosztów do założonych działań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D2B4734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057631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3806076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F016E4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4EF6FDC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0A2FFE5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83FDE24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539DEED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5AD68E0C" w14:textId="77777777">
        <w:trPr>
          <w:trHeight w:val="706"/>
        </w:trPr>
        <w:tc>
          <w:tcPr>
            <w:tcW w:w="151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6D9F1"/>
            <w:vAlign w:val="center"/>
          </w:tcPr>
          <w:p w14:paraId="1A9EB123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54FE3BF8" w14:textId="77777777" w:rsidR="00036D1B" w:rsidRDefault="00000000">
            <w:pPr>
              <w:rPr>
                <w:rFonts w:ascii="Arial" w:eastAsia="Arial" w:hAnsi="Arial" w:cs="Aria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 xml:space="preserve">JAKOŚĆ WYKONANIA ZADANIA I KWALIFIKACJE OSÓB, PRZY UDZIALE KTÓRYCH BĘDZIE REALIZOWANE ZADANIE PUBLICZNE - MAX. </w:t>
            </w:r>
            <w:r>
              <w:rPr>
                <w:rFonts w:ascii="Arial" w:eastAsia="Arial" w:hAnsi="Arial" w:cs="Arial"/>
                <w:b/>
                <w:bCs/>
              </w:rPr>
              <w:t>ILOŚĆ PUNKTÓW 30</w:t>
            </w:r>
          </w:p>
          <w:p w14:paraId="384F7209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160143F0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41446D6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8EE6FD6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Uzasadnienie potrzeby realizacji, określenie celów, efektów i rezultatów Spójność z efektami określonymi dla projektu z celami i rezultatami projektu, spodziewane efekty realizacji, zasadność wydatków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E453463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15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FF7BD64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E296FE2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6B600AD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F44C2F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BF76614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D13CE8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BE6F2E6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3D72A720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99814B2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A5EC794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Realność realizacji działań przy założonym harmonogramie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11B6D94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10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447A76D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BEEC036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150B9A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0EDF914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47958D2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E5140FC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E36F57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3C098018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2823D81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97E77A0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Zadanie realizowane przez osoby o odpowiednich kwalifikacjach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3BFEF0B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542628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EC97262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136080B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0DF8429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9DDDD9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F8B4C7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E004952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01C89E84" w14:textId="77777777">
        <w:tc>
          <w:tcPr>
            <w:tcW w:w="151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6D9F1"/>
            <w:vAlign w:val="center"/>
          </w:tcPr>
          <w:p w14:paraId="5383E020" w14:textId="77777777" w:rsidR="00036D1B" w:rsidRPr="003273FB" w:rsidRDefault="00036D1B">
            <w:pPr>
              <w:rPr>
                <w:rFonts w:ascii="Arial" w:eastAsia="Arial" w:hAnsi="Arial" w:cs="Arial"/>
                <w:lang w:val="pl-PL"/>
              </w:rPr>
            </w:pPr>
          </w:p>
          <w:p w14:paraId="053A0970" w14:textId="77777777" w:rsidR="00036D1B" w:rsidRDefault="00000000">
            <w:pPr>
              <w:rPr>
                <w:rFonts w:ascii="Arial" w:eastAsia="Arial" w:hAnsi="Arial" w:cs="Aria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 xml:space="preserve">PLANOWANY WKŁAD OSOBOWY I RZECZOWY – MAX. </w:t>
            </w:r>
            <w:r>
              <w:rPr>
                <w:rFonts w:ascii="Arial" w:eastAsia="Arial" w:hAnsi="Arial" w:cs="Arial"/>
                <w:b/>
                <w:bCs/>
              </w:rPr>
              <w:t>ILOŚĆ PUNKTÓW 6</w:t>
            </w:r>
          </w:p>
          <w:p w14:paraId="1E88D10D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6E587C30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875E9AD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E923C69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>Udział wolontariuszy, praca społeczna członków przy realizacji zadania publicznego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B245935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3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C7F255F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4C9B13D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8A1313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AEA3D2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739257D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65FECD9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90E22C4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19E9F002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3A1261D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83FF6EE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Wykorzystanie wkładu rzeczowego 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8F104D7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0 – 3 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1539A06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F48C40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5941C72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E14498F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B56CE6F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C3A7036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8EF9311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7F3763B1" w14:textId="77777777">
        <w:trPr>
          <w:trHeight w:val="391"/>
        </w:trPr>
        <w:tc>
          <w:tcPr>
            <w:tcW w:w="151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6D9F1"/>
            <w:vAlign w:val="center"/>
          </w:tcPr>
          <w:p w14:paraId="3EA947E1" w14:textId="77777777" w:rsidR="00036D1B" w:rsidRDefault="00000000">
            <w:pPr>
              <w:rPr>
                <w:rFonts w:ascii="Arial" w:eastAsia="Arial" w:hAnsi="Arial" w:cs="Arial"/>
              </w:rPr>
            </w:pPr>
            <w:r w:rsidRPr="003273FB">
              <w:rPr>
                <w:rFonts w:ascii="Arial" w:eastAsia="Arial" w:hAnsi="Arial" w:cs="Arial"/>
                <w:b/>
                <w:bCs/>
                <w:lang w:val="pl-PL"/>
              </w:rPr>
              <w:t xml:space="preserve">REALIZACJA ZADAŃ PUBLICZNYCH W LATACH POPRZEDNICH - MAX. </w:t>
            </w:r>
            <w:r>
              <w:rPr>
                <w:rFonts w:ascii="Arial" w:eastAsia="Arial" w:hAnsi="Arial" w:cs="Arial"/>
                <w:b/>
                <w:bCs/>
              </w:rPr>
              <w:t>ILOŚĆ PUNKTÓW 10</w:t>
            </w:r>
          </w:p>
        </w:tc>
      </w:tr>
      <w:tr w:rsidR="00036D1B" w14:paraId="7BB59186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AF87F28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11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A32CCC3" w14:textId="77777777" w:rsidR="00036D1B" w:rsidRPr="003273FB" w:rsidRDefault="00000000">
            <w:pPr>
              <w:rPr>
                <w:rFonts w:ascii="Arial" w:eastAsia="Arial" w:hAnsi="Arial" w:cs="Arial"/>
                <w:lang w:val="pl-PL"/>
              </w:rPr>
            </w:pPr>
            <w:r w:rsidRPr="003273FB">
              <w:rPr>
                <w:rFonts w:ascii="Arial" w:eastAsia="Arial" w:hAnsi="Arial" w:cs="Arial"/>
                <w:lang w:val="pl-PL"/>
              </w:rPr>
              <w:t xml:space="preserve">Dołączenie rekomendacji i opinii świadczących o wykonywanych zadaniach w sposób rzetelny, prawidłowy i terminowy, 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9E64DA1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10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33CC57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D707E56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FAB78BE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043E027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6FAE473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21AF708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F83BB4E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</w:tr>
      <w:tr w:rsidR="00036D1B" w14:paraId="280D1E62" w14:textId="77777777">
        <w:tc>
          <w:tcPr>
            <w:tcW w:w="490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F9CBAFC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Suma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ABE58BF" w14:textId="77777777" w:rsidR="00036D1B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96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35F7353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FD80C1E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E55DA5A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EA6877C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5A88340" w14:textId="77777777" w:rsidR="00036D1B" w:rsidRDefault="00036D1B">
            <w:pPr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CC01AF9" w14:textId="77777777" w:rsidR="00036D1B" w:rsidRDefault="00036D1B">
            <w:pPr>
              <w:rPr>
                <w:rFonts w:ascii="Arial" w:eastAsia="Arial" w:hAnsi="Arial" w:cs="Arial"/>
                <w:highlight w:val="lightGray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0D78B70" w14:textId="77777777" w:rsidR="00036D1B" w:rsidRDefault="00036D1B">
            <w:pPr>
              <w:rPr>
                <w:rFonts w:ascii="Arial" w:eastAsia="Arial" w:hAnsi="Arial" w:cs="Arial"/>
                <w:highlight w:val="lightGray"/>
              </w:rPr>
            </w:pPr>
          </w:p>
        </w:tc>
      </w:tr>
    </w:tbl>
    <w:p w14:paraId="1A534F26" w14:textId="77777777" w:rsidR="00036D1B" w:rsidRDefault="00036D1B">
      <w:pPr>
        <w:rPr>
          <w:rFonts w:ascii="Arial" w:eastAsia="Arial" w:hAnsi="Arial" w:cs="Arial"/>
        </w:rPr>
      </w:pPr>
    </w:p>
    <w:p w14:paraId="09102B77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Maksymalna liczba punktów możliwa do zdobycia: 96</w:t>
      </w:r>
    </w:p>
    <w:p w14:paraId="4C6032B8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Uzyskana liczba punktów wynikająca ze średniej wszystkich członków Komisji: …………. .</w:t>
      </w:r>
    </w:p>
    <w:p w14:paraId="2186A96B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Stosunek uzyskanych punktów do maksymalnej ich liczby (w %): ………. .</w:t>
      </w:r>
    </w:p>
    <w:p w14:paraId="461E28EA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0E1477F2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Uwagi: …………………………..…………………………………………………………………………………………………………….…..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</w:t>
      </w:r>
    </w:p>
    <w:p w14:paraId="424A37B6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…………………………………………..…………………………….</w:t>
      </w:r>
    </w:p>
    <w:p w14:paraId="34480ED2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4B6D4FA0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3B9495F3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podpis przewodniczącego Komisji konkursowej</w:t>
      </w:r>
    </w:p>
    <w:p w14:paraId="4E496989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716299F0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…………………………………………..…………………………….</w:t>
      </w:r>
    </w:p>
    <w:p w14:paraId="6EB87EFA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podpis członka Komisji konkursowej</w:t>
      </w:r>
    </w:p>
    <w:p w14:paraId="36EC2126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1BC0910A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…………………………………………..…………………………….</w:t>
      </w:r>
    </w:p>
    <w:p w14:paraId="4588E521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podpis członka Komisji konkursowej</w:t>
      </w:r>
    </w:p>
    <w:p w14:paraId="2FCAFB2E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1912E589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…………………………………………..…………………………….</w:t>
      </w:r>
    </w:p>
    <w:p w14:paraId="04FC79BC" w14:textId="77777777" w:rsidR="00036D1B" w:rsidRPr="003273FB" w:rsidRDefault="00000000">
      <w:pPr>
        <w:rPr>
          <w:rFonts w:ascii="Arial" w:eastAsia="Arial" w:hAnsi="Arial" w:cs="Arial"/>
          <w:lang w:val="pl-PL"/>
        </w:rPr>
      </w:pPr>
      <w:r w:rsidRPr="003273FB">
        <w:rPr>
          <w:rFonts w:ascii="Arial" w:eastAsia="Arial" w:hAnsi="Arial" w:cs="Arial"/>
          <w:lang w:val="pl-PL"/>
        </w:rPr>
        <w:t>podpis członka Komisji konkursowej</w:t>
      </w:r>
    </w:p>
    <w:p w14:paraId="64D6E747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237381A9" w14:textId="77777777" w:rsidR="00036D1B" w:rsidRPr="003273FB" w:rsidRDefault="00036D1B">
      <w:pPr>
        <w:rPr>
          <w:rFonts w:ascii="Arial" w:eastAsia="Arial" w:hAnsi="Arial" w:cs="Arial"/>
          <w:lang w:val="pl-PL"/>
        </w:rPr>
      </w:pPr>
    </w:p>
    <w:p w14:paraId="2141F555" w14:textId="77777777" w:rsidR="00036D1B" w:rsidRPr="003273FB" w:rsidRDefault="00000000">
      <w:pPr>
        <w:spacing w:before="904"/>
        <w:rPr>
          <w:lang w:val="pl-PL"/>
        </w:rPr>
      </w:pPr>
      <w:r w:rsidRPr="003273FB">
        <w:rPr>
          <w:rFonts w:ascii="Arial" w:eastAsia="Arial" w:hAnsi="Arial" w:cs="Arial"/>
          <w:lang w:val="pl-PL"/>
        </w:rPr>
        <w:t>*niepotrzebne skreślić</w:t>
      </w:r>
    </w:p>
    <w:sectPr w:rsidR="00036D1B" w:rsidRPr="003273FB" w:rsidSect="00034616">
      <w:pgSz w:w="16838" w:h="11906" w:orient="landscape"/>
      <w:pgMar w:top="1134" w:right="864" w:bottom="113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9620E" w14:textId="77777777" w:rsidR="00135DFF" w:rsidRDefault="00135DFF">
      <w:pPr>
        <w:spacing w:line="240" w:lineRule="auto"/>
      </w:pPr>
      <w:r>
        <w:separator/>
      </w:r>
    </w:p>
  </w:endnote>
  <w:endnote w:type="continuationSeparator" w:id="0">
    <w:p w14:paraId="3392CF42" w14:textId="77777777" w:rsidR="00135DFF" w:rsidRDefault="00135D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mbria"/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18818" w14:textId="77777777" w:rsidR="00135DFF" w:rsidRDefault="00135DFF">
      <w:pPr>
        <w:spacing w:line="240" w:lineRule="auto"/>
      </w:pPr>
      <w:r>
        <w:separator/>
      </w:r>
    </w:p>
  </w:footnote>
  <w:footnote w:type="continuationSeparator" w:id="0">
    <w:p w14:paraId="761A55A1" w14:textId="77777777" w:rsidR="00135DFF" w:rsidRDefault="00135DFF">
      <w:pPr>
        <w:spacing w:line="240" w:lineRule="auto"/>
      </w:pPr>
      <w:r>
        <w:continuationSeparator/>
      </w:r>
    </w:p>
  </w:footnote>
  <w:footnote w:id="1">
    <w:p w14:paraId="71AA4207" w14:textId="77777777" w:rsidR="00036D1B" w:rsidRPr="003273FB" w:rsidRDefault="00000000">
      <w:pPr>
        <w:ind w:left="142" w:hanging="142"/>
        <w:jc w:val="both"/>
        <w:rPr>
          <w:lang w:val="pl-PL"/>
        </w:rPr>
      </w:pPr>
      <w:r>
        <w:rPr>
          <w:rStyle w:val="Znakiprzypiswdolnych"/>
        </w:rPr>
        <w:footnoteRef/>
      </w:r>
      <w:r w:rsidRPr="003273FB">
        <w:rPr>
          <w:rStyle w:val="Znakiprzypiswdolnych"/>
          <w:lang w:val="pl-PL"/>
        </w:rPr>
        <w:tab/>
      </w:r>
      <w:r w:rsidRPr="003273FB">
        <w:rPr>
          <w:rStyle w:val="Znakiprzypiswdolnych"/>
          <w:lang w:val="pl-PL"/>
        </w:rPr>
        <w:tab/>
      </w:r>
      <w:r w:rsidRPr="003273FB">
        <w:rPr>
          <w:vertAlign w:val="superscript"/>
          <w:lang w:val="pl-PL"/>
        </w:rPr>
        <w:tab/>
      </w:r>
      <w:r w:rsidRPr="003273FB">
        <w:rPr>
          <w:rFonts w:ascii="Calibri" w:eastAsia="Calibri" w:hAnsi="Calibri" w:cs="Calibri"/>
          <w:sz w:val="16"/>
          <w:szCs w:val="16"/>
          <w:vertAlign w:val="superscript"/>
          <w:lang w:val="pl-PL"/>
        </w:rPr>
        <w:t>)</w:t>
      </w:r>
      <w:r w:rsidRPr="003273FB">
        <w:rPr>
          <w:rFonts w:ascii="Calibri" w:eastAsia="Calibri" w:hAnsi="Calibri" w:cs="Calibri"/>
          <w:sz w:val="18"/>
          <w:szCs w:val="18"/>
          <w:vertAlign w:val="superscript"/>
          <w:lang w:val="pl-PL"/>
        </w:rPr>
        <w:t xml:space="preserve"> </w:t>
      </w:r>
      <w:r w:rsidRPr="003273FB">
        <w:rPr>
          <w:rFonts w:ascii="Calibri" w:eastAsia="Calibri" w:hAnsi="Calibri" w:cs="Calibri"/>
          <w:sz w:val="18"/>
          <w:szCs w:val="18"/>
          <w:lang w:val="pl-PL"/>
        </w:rPr>
        <w:t xml:space="preserve">  Wypełnić jedynie w przypadku, gdy oferta została złożona w związku z ogłoszonym przez organ otwartym konkursem ofert. Należy wskazać rodzaj zadania, o którym mowa w art. 13 ust. 2 pkt 1 ustawy z dnia 24 kwietnia 2003r. o działalności pożytku publicznego i o wolontariacie, wynikający z ogłoszenia o otwartym konkursie ofert.</w:t>
      </w:r>
    </w:p>
  </w:footnote>
  <w:footnote w:id="2">
    <w:p w14:paraId="2BB4095F" w14:textId="77777777" w:rsidR="00036D1B" w:rsidRPr="003273FB" w:rsidRDefault="00000000">
      <w:pPr>
        <w:ind w:left="284" w:hanging="284"/>
        <w:jc w:val="both"/>
        <w:rPr>
          <w:lang w:val="pl-PL"/>
        </w:rPr>
      </w:pPr>
      <w:r>
        <w:rPr>
          <w:rStyle w:val="Znakiprzypiswdolnych"/>
        </w:rPr>
        <w:footnoteRef/>
      </w:r>
      <w:r w:rsidRPr="003273FB">
        <w:rPr>
          <w:rStyle w:val="Znakiprzypiswdolnych"/>
          <w:lang w:val="pl-PL"/>
        </w:rPr>
        <w:tab/>
      </w:r>
      <w:r w:rsidRPr="003273FB">
        <w:rPr>
          <w:rStyle w:val="Znakiprzypiswdolnych"/>
          <w:lang w:val="pl-PL"/>
        </w:rPr>
        <w:tab/>
      </w:r>
      <w:r w:rsidRPr="003273FB">
        <w:rPr>
          <w:vertAlign w:val="superscript"/>
          <w:lang w:val="pl-PL"/>
        </w:rPr>
        <w:tab/>
      </w:r>
      <w:r w:rsidRPr="003273FB">
        <w:rPr>
          <w:rFonts w:ascii="Calibri" w:eastAsia="Calibri" w:hAnsi="Calibri" w:cs="Calibri"/>
          <w:sz w:val="16"/>
          <w:szCs w:val="16"/>
          <w:vertAlign w:val="superscript"/>
          <w:lang w:val="pl-PL"/>
        </w:rPr>
        <w:t>)</w:t>
      </w:r>
      <w:r w:rsidRPr="003273FB">
        <w:rPr>
          <w:rFonts w:ascii="Calibri" w:eastAsia="Calibri" w:hAnsi="Calibri" w:cs="Calibri"/>
          <w:sz w:val="18"/>
          <w:szCs w:val="18"/>
          <w:vertAlign w:val="superscript"/>
          <w:lang w:val="pl-PL"/>
        </w:rPr>
        <w:t xml:space="preserve"> </w:t>
      </w:r>
      <w:r w:rsidRPr="003273FB">
        <w:rPr>
          <w:rFonts w:ascii="Calibri" w:eastAsia="Calibri" w:hAnsi="Calibri" w:cs="Calibri"/>
          <w:sz w:val="18"/>
          <w:szCs w:val="18"/>
          <w:lang w:val="pl-PL"/>
        </w:rPr>
        <w:t xml:space="preserve"> Dotyczy zakresu działania tej części zadania, która będzie realizowana przez podmiot niebędący stroną umowy, o którym mowa w art. 16 ust. 4 ustawy z dnia 24 kwietnia 2003 r. o działalności pożytku publicznego i o wolontariacie.</w:t>
      </w:r>
    </w:p>
  </w:footnote>
  <w:footnote w:id="3">
    <w:p w14:paraId="34D83AAF" w14:textId="77777777" w:rsidR="00036D1B" w:rsidRPr="003273FB" w:rsidRDefault="00000000">
      <w:pPr>
        <w:ind w:left="284" w:hanging="284"/>
        <w:jc w:val="both"/>
        <w:rPr>
          <w:lang w:val="pl-PL"/>
        </w:rPr>
      </w:pPr>
      <w:r>
        <w:rPr>
          <w:rStyle w:val="Znakiprzypiswdolnych"/>
        </w:rPr>
        <w:footnoteRef/>
      </w:r>
      <w:r w:rsidRPr="003273FB">
        <w:rPr>
          <w:rStyle w:val="Znakiprzypiswdolnych"/>
          <w:lang w:val="pl-PL"/>
        </w:rPr>
        <w:tab/>
      </w:r>
      <w:r w:rsidRPr="003273FB">
        <w:rPr>
          <w:rStyle w:val="Znakiprzypiswdolnych"/>
          <w:lang w:val="pl-PL"/>
        </w:rPr>
        <w:tab/>
      </w:r>
      <w:r w:rsidRPr="003273FB">
        <w:rPr>
          <w:vertAlign w:val="superscript"/>
          <w:lang w:val="pl-PL"/>
        </w:rPr>
        <w:tab/>
      </w:r>
      <w:r w:rsidRPr="003273FB">
        <w:rPr>
          <w:rFonts w:ascii="Calibri" w:eastAsia="Calibri" w:hAnsi="Calibri" w:cs="Calibri"/>
          <w:sz w:val="16"/>
          <w:szCs w:val="16"/>
          <w:vertAlign w:val="superscript"/>
          <w:lang w:val="pl-PL"/>
        </w:rPr>
        <w:t>)</w:t>
      </w:r>
      <w:r w:rsidRPr="003273FB">
        <w:rPr>
          <w:rFonts w:ascii="Calibri" w:eastAsia="Calibri" w:hAnsi="Calibri" w:cs="Calibri"/>
          <w:sz w:val="16"/>
          <w:szCs w:val="16"/>
          <w:lang w:val="pl-PL"/>
        </w:rPr>
        <w:t xml:space="preserve"> </w:t>
      </w:r>
      <w:r w:rsidRPr="003273FB">
        <w:rPr>
          <w:rFonts w:ascii="Calibri" w:eastAsia="Calibri" w:hAnsi="Calibri" w:cs="Calibri"/>
          <w:sz w:val="18"/>
          <w:szCs w:val="18"/>
          <w:lang w:val="pl-PL"/>
        </w:rPr>
        <w:t xml:space="preserve"> Organ w ogłoszeniu o otwartym konkursie ofert może odstąpić od wymogu składania dodatkowych informacji dotyczących rezultatów w realizacji zadania publicznego, jeżeli rodzaj zadania uniemożliwia ich określenie.</w:t>
      </w:r>
    </w:p>
  </w:footnote>
  <w:footnote w:id="4">
    <w:p w14:paraId="665015C0" w14:textId="77777777" w:rsidR="00036D1B" w:rsidRPr="003273FB" w:rsidRDefault="00000000">
      <w:pPr>
        <w:rPr>
          <w:lang w:val="pl-PL"/>
        </w:rPr>
      </w:pPr>
      <w:r>
        <w:rPr>
          <w:rStyle w:val="Znakiprzypiswdolnych"/>
        </w:rPr>
        <w:footnoteRef/>
      </w:r>
      <w:r w:rsidRPr="003273FB">
        <w:rPr>
          <w:rStyle w:val="Znakiprzypiswdolnych"/>
          <w:lang w:val="pl-PL"/>
        </w:rPr>
        <w:tab/>
      </w:r>
      <w:r w:rsidRPr="003273FB">
        <w:rPr>
          <w:rStyle w:val="Znakiprzypiswdolnych"/>
          <w:lang w:val="pl-PL"/>
        </w:rPr>
        <w:tab/>
      </w:r>
      <w:r w:rsidRPr="003273FB">
        <w:rPr>
          <w:vertAlign w:val="superscript"/>
          <w:lang w:val="pl-PL"/>
        </w:rPr>
        <w:tab/>
      </w:r>
      <w:r w:rsidRPr="003273FB">
        <w:rPr>
          <w:rFonts w:ascii="Calibri" w:eastAsia="Calibri" w:hAnsi="Calibri" w:cs="Calibri"/>
          <w:sz w:val="16"/>
          <w:szCs w:val="16"/>
          <w:vertAlign w:val="superscript"/>
          <w:lang w:val="pl-PL"/>
        </w:rPr>
        <w:t>)</w:t>
      </w:r>
      <w:r w:rsidRPr="003273FB">
        <w:rPr>
          <w:rFonts w:ascii="Calibri" w:eastAsia="Calibri" w:hAnsi="Calibri" w:cs="Calibri"/>
          <w:sz w:val="18"/>
          <w:szCs w:val="18"/>
          <w:lang w:val="pl-PL"/>
        </w:rPr>
        <w:t xml:space="preserve"> Tabelę należy rozszerzyć w przypadku realizacji oferty w dłuższym okresie.</w:t>
      </w:r>
    </w:p>
  </w:footnote>
  <w:footnote w:id="5">
    <w:p w14:paraId="295F6036" w14:textId="77777777" w:rsidR="00036D1B" w:rsidRPr="003273FB" w:rsidRDefault="00000000">
      <w:pPr>
        <w:rPr>
          <w:lang w:val="pl-PL"/>
        </w:rPr>
      </w:pPr>
      <w:r>
        <w:rPr>
          <w:rStyle w:val="Znakiprzypiswdolnych"/>
        </w:rPr>
        <w:footnoteRef/>
      </w:r>
      <w:r w:rsidRPr="003273FB">
        <w:rPr>
          <w:rStyle w:val="Znakiprzypiswdolnych"/>
          <w:lang w:val="pl-PL"/>
        </w:rPr>
        <w:tab/>
      </w:r>
      <w:r w:rsidRPr="003273FB">
        <w:rPr>
          <w:rStyle w:val="Znakiprzypiswdolnych"/>
          <w:lang w:val="pl-PL"/>
        </w:rPr>
        <w:tab/>
      </w:r>
      <w:r w:rsidRPr="003273FB">
        <w:rPr>
          <w:vertAlign w:val="superscript"/>
          <w:lang w:val="pl-PL"/>
        </w:rPr>
        <w:tab/>
      </w:r>
      <w:r w:rsidRPr="003273FB">
        <w:rPr>
          <w:rFonts w:ascii="Calibri" w:eastAsia="Calibri" w:hAnsi="Calibri" w:cs="Calibri"/>
          <w:sz w:val="16"/>
          <w:szCs w:val="16"/>
          <w:vertAlign w:val="superscript"/>
          <w:lang w:val="pl-PL"/>
        </w:rPr>
        <w:t>)</w:t>
      </w:r>
      <w:r w:rsidRPr="003273FB">
        <w:rPr>
          <w:rFonts w:ascii="Calibri" w:eastAsia="Calibri" w:hAnsi="Calibri" w:cs="Calibri"/>
          <w:sz w:val="18"/>
          <w:szCs w:val="18"/>
          <w:lang w:val="pl-PL"/>
        </w:rPr>
        <w:t xml:space="preserve"> Suma pól 3.1. i 3.2.</w:t>
      </w:r>
    </w:p>
  </w:footnote>
  <w:footnote w:id="6">
    <w:p w14:paraId="4AFABBF4" w14:textId="77777777" w:rsidR="00036D1B" w:rsidRPr="003273FB" w:rsidRDefault="00000000">
      <w:pPr>
        <w:jc w:val="both"/>
        <w:rPr>
          <w:lang w:val="pl-PL"/>
        </w:rPr>
      </w:pPr>
      <w:r>
        <w:rPr>
          <w:rStyle w:val="Znakiprzypiswdolnych"/>
        </w:rPr>
        <w:footnoteRef/>
      </w:r>
      <w:r w:rsidRPr="003273FB">
        <w:rPr>
          <w:rStyle w:val="Znakiprzypiswdolnych"/>
          <w:lang w:val="pl-PL"/>
        </w:rPr>
        <w:tab/>
      </w:r>
      <w:r w:rsidRPr="003273FB">
        <w:rPr>
          <w:rStyle w:val="Znakiprzypiswdolnych"/>
          <w:lang w:val="pl-PL"/>
        </w:rPr>
        <w:tab/>
      </w:r>
      <w:r w:rsidRPr="003273FB">
        <w:rPr>
          <w:vertAlign w:val="superscript"/>
          <w:lang w:val="pl-PL"/>
        </w:rPr>
        <w:tab/>
      </w:r>
      <w:r w:rsidRPr="003273FB">
        <w:rPr>
          <w:rFonts w:ascii="Calibri" w:eastAsia="Calibri" w:hAnsi="Calibri" w:cs="Calibri"/>
          <w:sz w:val="16"/>
          <w:szCs w:val="16"/>
          <w:vertAlign w:val="superscript"/>
          <w:lang w:val="pl-PL"/>
        </w:rPr>
        <w:t>)</w:t>
      </w:r>
      <w:r w:rsidRPr="003273FB">
        <w:rPr>
          <w:rFonts w:ascii="Calibri" w:eastAsia="Calibri" w:hAnsi="Calibri" w:cs="Calibri"/>
          <w:sz w:val="18"/>
          <w:szCs w:val="18"/>
          <w:lang w:val="pl-PL"/>
        </w:rPr>
        <w:t xml:space="preserve"> Sekcję V.C należy uzupełnić w przypadku oferty wspólnej.</w:t>
      </w:r>
    </w:p>
  </w:footnote>
  <w:footnote w:id="7">
    <w:p w14:paraId="10094C4C" w14:textId="77777777" w:rsidR="00036D1B" w:rsidRPr="003273FB" w:rsidRDefault="00000000">
      <w:pPr>
        <w:rPr>
          <w:lang w:val="pl-PL"/>
        </w:rPr>
      </w:pPr>
      <w:r>
        <w:rPr>
          <w:rStyle w:val="Znakiprzypiswdolnych"/>
        </w:rPr>
        <w:footnoteRef/>
      </w:r>
      <w:r w:rsidRPr="003273FB">
        <w:rPr>
          <w:rStyle w:val="Znakiprzypiswdolnych"/>
          <w:lang w:val="pl-PL"/>
        </w:rPr>
        <w:tab/>
      </w:r>
      <w:r w:rsidRPr="003273FB">
        <w:rPr>
          <w:rStyle w:val="Znakiprzypiswdolnych"/>
          <w:lang w:val="pl-PL"/>
        </w:rPr>
        <w:tab/>
      </w:r>
      <w:r w:rsidRPr="003273FB">
        <w:rPr>
          <w:vertAlign w:val="superscript"/>
          <w:lang w:val="pl-PL"/>
        </w:rPr>
        <w:tab/>
      </w:r>
      <w:r w:rsidRPr="003273FB">
        <w:rPr>
          <w:rFonts w:ascii="Calibri" w:eastAsia="Calibri" w:hAnsi="Calibri" w:cs="Calibri"/>
          <w:sz w:val="16"/>
          <w:szCs w:val="16"/>
          <w:vertAlign w:val="superscript"/>
          <w:lang w:val="pl-PL"/>
        </w:rPr>
        <w:t>)</w:t>
      </w:r>
      <w:r w:rsidRPr="003273FB">
        <w:rPr>
          <w:rFonts w:ascii="Calibri" w:eastAsia="Calibri" w:hAnsi="Calibri" w:cs="Calibri"/>
          <w:sz w:val="18"/>
          <w:szCs w:val="18"/>
          <w:lang w:val="pl-PL"/>
        </w:rPr>
        <w:t xml:space="preserve"> Tabelę należy rozszerzyć w przypadku realizacji oferty w dłuższym okresie.</w:t>
      </w:r>
    </w:p>
  </w:footnote>
  <w:footnote w:id="8">
    <w:p w14:paraId="4FC0AC1E" w14:textId="77777777" w:rsidR="00036D1B" w:rsidRPr="003273FB" w:rsidRDefault="00000000">
      <w:pPr>
        <w:jc w:val="both"/>
        <w:rPr>
          <w:rFonts w:ascii="Arial" w:eastAsia="Arial" w:hAnsi="Arial" w:cs="Arial"/>
          <w:sz w:val="16"/>
          <w:szCs w:val="16"/>
          <w:lang w:val="pl-PL"/>
        </w:rPr>
      </w:pPr>
      <w:r>
        <w:rPr>
          <w:rStyle w:val="Znakiprzypiswdolnych"/>
        </w:rPr>
        <w:footnoteRef/>
      </w:r>
      <w:r w:rsidRPr="003273FB">
        <w:rPr>
          <w:rStyle w:val="Znakiprzypiswdolnych"/>
          <w:lang w:val="pl-PL"/>
        </w:rPr>
        <w:tab/>
      </w:r>
      <w:r w:rsidRPr="003273FB">
        <w:rPr>
          <w:rStyle w:val="Znakiprzypiswdolnych"/>
          <w:lang w:val="pl-PL"/>
        </w:rPr>
        <w:tab/>
      </w:r>
      <w:r w:rsidRPr="003273FB">
        <w:rPr>
          <w:vertAlign w:val="superscript"/>
          <w:lang w:val="pl-PL"/>
        </w:rPr>
        <w:tab/>
      </w:r>
      <w:r w:rsidRPr="003273FB">
        <w:rPr>
          <w:rFonts w:ascii="Arial" w:eastAsia="Arial" w:hAnsi="Arial" w:cs="Arial"/>
          <w:sz w:val="16"/>
          <w:szCs w:val="16"/>
          <w:lang w:val="pl-PL"/>
        </w:rPr>
        <w:t xml:space="preserve"> Art. 7. 1. Z postępowania o udzielenie zamówienia publicznego lub konkursu prowadzonego na podstawie ustawy z dnia 11 września 2019 r. – Prawo zamówień publicznych wyklucza się:</w:t>
      </w:r>
    </w:p>
    <w:p w14:paraId="2D97D0B1" w14:textId="77777777" w:rsidR="00036D1B" w:rsidRPr="003273FB" w:rsidRDefault="00000000">
      <w:pPr>
        <w:jc w:val="both"/>
        <w:rPr>
          <w:rFonts w:ascii="Arial" w:eastAsia="Arial" w:hAnsi="Arial" w:cs="Arial"/>
          <w:sz w:val="16"/>
          <w:szCs w:val="16"/>
          <w:lang w:val="pl-PL"/>
        </w:rPr>
      </w:pPr>
      <w:r w:rsidRPr="003273FB">
        <w:rPr>
          <w:rFonts w:ascii="Arial" w:eastAsia="Arial" w:hAnsi="Arial" w:cs="Arial"/>
          <w:sz w:val="16"/>
          <w:szCs w:val="16"/>
          <w:lang w:val="pl-PL"/>
        </w:rPr>
        <w:tab/>
        <w:t>1) wykonawcę oraz uczestnika konkursu wymienionego w wykazach określonych w rozporządzeniu 765/2006 i rozporządzeniu 269/2014 albo wpisanego na listę na podstawie decyzji w sprawie wpisu na listę rozstrzygającej o zastosowaniu środka, o którym mowa w art. 1 pkt 3;</w:t>
      </w:r>
    </w:p>
    <w:p w14:paraId="342DEF51" w14:textId="77777777" w:rsidR="00036D1B" w:rsidRPr="003273FB" w:rsidRDefault="00000000">
      <w:pPr>
        <w:jc w:val="both"/>
        <w:rPr>
          <w:rFonts w:ascii="Arial" w:eastAsia="Arial" w:hAnsi="Arial" w:cs="Arial"/>
          <w:sz w:val="16"/>
          <w:szCs w:val="16"/>
          <w:lang w:val="pl-PL"/>
        </w:rPr>
      </w:pPr>
      <w:r w:rsidRPr="003273FB">
        <w:rPr>
          <w:rFonts w:ascii="Arial" w:eastAsia="Arial" w:hAnsi="Arial" w:cs="Arial"/>
          <w:sz w:val="16"/>
          <w:szCs w:val="16"/>
          <w:lang w:val="pl-PL"/>
        </w:rPr>
        <w:tab/>
        <w:t>2) wykonawcę oraz uczestnika konkursu, którego beneficjentem rzeczywistym w rozumieniu ustawy z dnia 1 marca 2018 r. o przeciwdziałaniu praniu pieniędzy oraz finansowaniu terroryzmu (Dz. U. z 2022 r. poz. 593 i 655) jest osoba wymieniona w 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6142C82C" w14:textId="77777777" w:rsidR="00036D1B" w:rsidRPr="003273FB" w:rsidRDefault="00000000">
      <w:pPr>
        <w:jc w:val="both"/>
        <w:rPr>
          <w:lang w:val="pl-PL"/>
        </w:rPr>
      </w:pPr>
      <w:r w:rsidRPr="003273FB">
        <w:rPr>
          <w:rFonts w:ascii="Arial" w:eastAsia="Arial" w:hAnsi="Arial" w:cs="Arial"/>
          <w:sz w:val="16"/>
          <w:szCs w:val="16"/>
          <w:lang w:val="pl-PL"/>
        </w:rPr>
        <w:tab/>
        <w:t>3) wykonawcę oraz uczestnika konkursu, którego jednostką dominującą w rozumieniu art. 3 ust. 1 pkt 37 ustawy z dnia 29 września 1994 r. o rachunkowości (Dz. U. z 2021 r. poz. 217, 2105 i 2106) jest podmiot wymieniony w wykazach określonych w 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</w:footnote>
  <w:footnote w:id="9">
    <w:p w14:paraId="5A062057" w14:textId="77777777" w:rsidR="00036D1B" w:rsidRPr="003273FB" w:rsidRDefault="00000000">
      <w:pPr>
        <w:jc w:val="both"/>
        <w:rPr>
          <w:lang w:val="pl-PL"/>
        </w:rPr>
      </w:pPr>
      <w:r>
        <w:rPr>
          <w:rStyle w:val="Znakiprzypiswdolnych"/>
        </w:rPr>
        <w:footnoteRef/>
      </w:r>
      <w:r w:rsidRPr="003273FB">
        <w:rPr>
          <w:rStyle w:val="Znakiprzypiswdolnych"/>
          <w:lang w:val="pl-PL"/>
        </w:rPr>
        <w:tab/>
      </w:r>
      <w:r w:rsidRPr="003273FB">
        <w:rPr>
          <w:rStyle w:val="Znakiprzypiswdolnych"/>
          <w:lang w:val="pl-PL"/>
        </w:rPr>
        <w:tab/>
      </w:r>
      <w:r w:rsidRPr="003273FB">
        <w:rPr>
          <w:vertAlign w:val="superscript"/>
          <w:lang w:val="pl-PL"/>
        </w:rPr>
        <w:tab/>
      </w:r>
      <w:r w:rsidRPr="003273FB">
        <w:rPr>
          <w:rFonts w:ascii="Arial" w:eastAsia="Arial" w:hAnsi="Arial" w:cs="Arial"/>
          <w:sz w:val="16"/>
          <w:szCs w:val="16"/>
          <w:lang w:val="pl-PL"/>
        </w:rPr>
        <w:t xml:space="preserve"> Art. 7.9. Przepisy  art. 7 ust. 1–8 stosuje się do postępowania zmierzającego do udzielenia zamówienia publicznego oraz konkursów o wartości mniejszej niż kwoty określone w art. 2 ust. 1 ustawy z dnia 11 września 2019 r. – Prawo zamówień publicznych lub z wyłączeniem stosowania tej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D566D8"/>
    <w:multiLevelType w:val="multilevel"/>
    <w:tmpl w:val="6CC2E2B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E4A34"/>
    <w:multiLevelType w:val="multilevel"/>
    <w:tmpl w:val="E4369E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11" w15:restartNumberingAfterBreak="0">
    <w:nsid w:val="56D73F5D"/>
    <w:multiLevelType w:val="multilevel"/>
    <w:tmpl w:val="3D9AC84A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Calibri"/>
        <w:i w:val="0"/>
        <w:i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num w:numId="1" w16cid:durableId="988442656">
    <w:abstractNumId w:val="8"/>
  </w:num>
  <w:num w:numId="2" w16cid:durableId="315302072">
    <w:abstractNumId w:val="6"/>
  </w:num>
  <w:num w:numId="3" w16cid:durableId="2019456689">
    <w:abstractNumId w:val="5"/>
  </w:num>
  <w:num w:numId="4" w16cid:durableId="655567832">
    <w:abstractNumId w:val="4"/>
  </w:num>
  <w:num w:numId="5" w16cid:durableId="1892499532">
    <w:abstractNumId w:val="7"/>
  </w:num>
  <w:num w:numId="6" w16cid:durableId="1473716029">
    <w:abstractNumId w:val="3"/>
  </w:num>
  <w:num w:numId="7" w16cid:durableId="275718139">
    <w:abstractNumId w:val="2"/>
  </w:num>
  <w:num w:numId="8" w16cid:durableId="547303136">
    <w:abstractNumId w:val="1"/>
  </w:num>
  <w:num w:numId="9" w16cid:durableId="23094780">
    <w:abstractNumId w:val="11"/>
  </w:num>
  <w:num w:numId="10" w16cid:durableId="1140729573">
    <w:abstractNumId w:val="11"/>
    <w:lvlOverride w:ilvl="0">
      <w:startOverride w:val="1"/>
    </w:lvlOverride>
  </w:num>
  <w:num w:numId="11" w16cid:durableId="1037896072">
    <w:abstractNumId w:val="9"/>
  </w:num>
  <w:num w:numId="12" w16cid:durableId="1936860682">
    <w:abstractNumId w:val="10"/>
  </w:num>
  <w:num w:numId="13" w16cid:durableId="1262953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D1B"/>
    <w:rsid w:val="0006063C"/>
    <w:rsid w:val="000871A5"/>
    <w:rsid w:val="0010499C"/>
    <w:rsid w:val="00135DFF"/>
    <w:rsid w:val="0015074B"/>
    <w:rsid w:val="0020379D"/>
    <w:rsid w:val="00246077"/>
    <w:rsid w:val="0029639D"/>
    <w:rsid w:val="002A6EA0"/>
    <w:rsid w:val="00326F90"/>
    <w:rsid w:val="003273FB"/>
    <w:rsid w:val="003A2993"/>
    <w:rsid w:val="00413272"/>
    <w:rsid w:val="0053406F"/>
    <w:rsid w:val="00581E3A"/>
    <w:rsid w:val="00682E98"/>
    <w:rsid w:val="00953ECD"/>
    <w:rsid w:val="00A941F9"/>
    <w:rsid w:val="00AA1D8D"/>
    <w:rsid w:val="00B47730"/>
    <w:rsid w:val="00CB0664"/>
    <w:rsid w:val="00DD0EAF"/>
    <w:rsid w:val="00E95FBC"/>
    <w:rsid w:val="00EC128F"/>
    <w:rsid w:val="00ED65E1"/>
    <w:rsid w:val="00F2000A"/>
    <w:rsid w:val="00F23D38"/>
    <w:rsid w:val="00F7646C"/>
    <w:rsid w:val="00FC693F"/>
    <w:rsid w:val="00FE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50D65D"/>
  <w14:defaultImageDpi w14:val="300"/>
  <w15:docId w15:val="{4E89B51F-D815-4613-B7D1-432943706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dolnych">
    <w:name w:val="Znaki przypisów dolnych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24</Pages>
  <Words>6795</Words>
  <Characters>40771</Characters>
  <Application>Microsoft Office Word</Application>
  <DocSecurity>0</DocSecurity>
  <Lines>339</Lines>
  <Paragraphs>94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47472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Użytkownik</cp:lastModifiedBy>
  <cp:revision>3</cp:revision>
  <dcterms:created xsi:type="dcterms:W3CDTF">2026-10-12T12:26:00Z</dcterms:created>
  <dcterms:modified xsi:type="dcterms:W3CDTF">2026-10-12T12:37:00Z</dcterms:modified>
  <cp:category/>
</cp:coreProperties>
</file>