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39C57" w14:textId="4CF9C33F" w:rsidR="005B1675" w:rsidRPr="00C62D5B" w:rsidRDefault="00000000">
      <w:pPr>
        <w:pStyle w:val="Tytu"/>
        <w:rPr>
          <w:color w:val="auto"/>
          <w:sz w:val="48"/>
          <w:szCs w:val="48"/>
          <w:lang w:val="pl-PL"/>
        </w:rPr>
      </w:pPr>
      <w:r w:rsidRPr="00C62D5B">
        <w:rPr>
          <w:color w:val="auto"/>
          <w:sz w:val="48"/>
          <w:szCs w:val="48"/>
          <w:lang w:val="pl-PL"/>
        </w:rPr>
        <w:t>Wstępna deklaracja udziału w Programie</w:t>
      </w:r>
      <w:r w:rsidR="00C62D5B" w:rsidRPr="00C62D5B">
        <w:rPr>
          <w:color w:val="auto"/>
          <w:sz w:val="48"/>
          <w:szCs w:val="48"/>
          <w:lang w:val="pl-PL"/>
        </w:rPr>
        <w:t xml:space="preserve"> </w:t>
      </w:r>
      <w:proofErr w:type="spellStart"/>
      <w:r w:rsidR="00C62D5B" w:rsidRPr="00C62D5B">
        <w:rPr>
          <w:color w:val="auto"/>
          <w:sz w:val="48"/>
          <w:szCs w:val="48"/>
          <w:lang w:val="pl-PL"/>
        </w:rPr>
        <w:t>AOOzN</w:t>
      </w:r>
      <w:proofErr w:type="spellEnd"/>
      <w:r w:rsidR="00C62D5B" w:rsidRPr="00C62D5B">
        <w:rPr>
          <w:color w:val="auto"/>
          <w:sz w:val="48"/>
          <w:szCs w:val="48"/>
          <w:lang w:val="pl-PL"/>
        </w:rPr>
        <w:t xml:space="preserve"> 202</w:t>
      </w:r>
      <w:r w:rsidR="00E270D8">
        <w:rPr>
          <w:color w:val="auto"/>
          <w:sz w:val="48"/>
          <w:szCs w:val="48"/>
          <w:lang w:val="pl-PL"/>
        </w:rPr>
        <w:t>7</w:t>
      </w:r>
    </w:p>
    <w:p w14:paraId="6E919A9B" w14:textId="13A4EA5E" w:rsidR="005B1675" w:rsidRPr="00C62D5B" w:rsidRDefault="00000000">
      <w:pPr>
        <w:pStyle w:val="Nagwek1"/>
        <w:rPr>
          <w:color w:val="auto"/>
          <w:lang w:val="pl-PL"/>
        </w:rPr>
      </w:pPr>
      <w:r w:rsidRPr="00C62D5B">
        <w:rPr>
          <w:color w:val="auto"/>
          <w:lang w:val="pl-PL"/>
        </w:rPr>
        <w:t>„Asystent osobisty osoby z niepełnosprawnością” – edycja 202</w:t>
      </w:r>
      <w:r w:rsidR="00E270D8">
        <w:rPr>
          <w:color w:val="auto"/>
          <w:lang w:val="pl-PL"/>
        </w:rPr>
        <w:t>7</w:t>
      </w:r>
    </w:p>
    <w:p w14:paraId="62E526D1" w14:textId="2465D856" w:rsidR="005B1675" w:rsidRPr="00C62D5B" w:rsidRDefault="00E270D8">
      <w:pPr>
        <w:rPr>
          <w:lang w:val="pl-PL"/>
        </w:rPr>
      </w:pPr>
      <w:r>
        <w:rPr>
          <w:lang w:val="pl-PL"/>
        </w:rPr>
        <w:t xml:space="preserve">Gminny </w:t>
      </w:r>
      <w:r w:rsidR="00000000" w:rsidRPr="00C62D5B">
        <w:rPr>
          <w:lang w:val="pl-PL"/>
        </w:rPr>
        <w:t>Ośrodek Pomocy Społecznej w Gródku nad Dunajcem prowadzi wstępny nabór deklaracji w celu oszacowania zapotrzebowania na usługi asystenta osobistego.</w:t>
      </w:r>
    </w:p>
    <w:p w14:paraId="0C0EF92B" w14:textId="77777777" w:rsidR="005B1675" w:rsidRPr="00C62D5B" w:rsidRDefault="00000000">
      <w:pPr>
        <w:rPr>
          <w:color w:val="C0504D" w:themeColor="accent2"/>
          <w:lang w:val="pl-PL"/>
        </w:rPr>
      </w:pPr>
      <w:r w:rsidRPr="00C62D5B">
        <w:rPr>
          <w:color w:val="C0504D" w:themeColor="accent2"/>
          <w:lang w:val="pl-PL"/>
        </w:rPr>
        <w:t>⚠</w:t>
      </w:r>
      <w:r w:rsidRPr="00C62D5B">
        <w:rPr>
          <w:color w:val="C0504D" w:themeColor="accent2"/>
        </w:rPr>
        <w:t>️</w:t>
      </w:r>
      <w:r w:rsidRPr="00C62D5B">
        <w:rPr>
          <w:color w:val="C0504D" w:themeColor="accent2"/>
          <w:lang w:val="pl-PL"/>
        </w:rPr>
        <w:t xml:space="preserve"> Uwaga: Złożenie deklaracji </w:t>
      </w:r>
      <w:r w:rsidRPr="00C62D5B">
        <w:rPr>
          <w:b/>
          <w:bCs/>
          <w:color w:val="C0504D" w:themeColor="accent2"/>
          <w:lang w:val="pl-PL"/>
        </w:rPr>
        <w:t>nie jest równoznaczne</w:t>
      </w:r>
      <w:r w:rsidRPr="00C62D5B">
        <w:rPr>
          <w:color w:val="C0504D" w:themeColor="accent2"/>
          <w:lang w:val="pl-PL"/>
        </w:rPr>
        <w:t xml:space="preserve"> z przyjęciem do Programu ani złożeniem formalnego wniosku.</w:t>
      </w:r>
    </w:p>
    <w:p w14:paraId="3579A6E9" w14:textId="77777777" w:rsidR="005B1675" w:rsidRPr="00C62D5B" w:rsidRDefault="00000000">
      <w:pPr>
        <w:pStyle w:val="Nagwek2"/>
        <w:rPr>
          <w:color w:val="auto"/>
        </w:rPr>
      </w:pPr>
      <w:r w:rsidRPr="00C62D5B">
        <w:rPr>
          <w:color w:val="auto"/>
        </w:rPr>
        <w:t>1. Dane osoby z niepełnosprawnością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57"/>
        <w:gridCol w:w="2157"/>
        <w:gridCol w:w="2448"/>
        <w:gridCol w:w="1868"/>
      </w:tblGrid>
      <w:tr w:rsidR="00C62D5B" w:rsidRPr="00C62D5B" w14:paraId="1E66AB27" w14:textId="77777777" w:rsidTr="00C62D5B">
        <w:tc>
          <w:tcPr>
            <w:tcW w:w="2160" w:type="dxa"/>
          </w:tcPr>
          <w:p w14:paraId="17050CA4" w14:textId="77777777" w:rsidR="005B1675" w:rsidRPr="00C62D5B" w:rsidRDefault="00000000">
            <w:proofErr w:type="spellStart"/>
            <w:r w:rsidRPr="00C62D5B">
              <w:t>Imię</w:t>
            </w:r>
            <w:proofErr w:type="spellEnd"/>
            <w:r w:rsidRPr="00C62D5B">
              <w:t xml:space="preserve"> i </w:t>
            </w:r>
            <w:proofErr w:type="spellStart"/>
            <w:r w:rsidRPr="00C62D5B">
              <w:t>nazwisko</w:t>
            </w:r>
            <w:proofErr w:type="spellEnd"/>
          </w:p>
        </w:tc>
        <w:tc>
          <w:tcPr>
            <w:tcW w:w="2160" w:type="dxa"/>
          </w:tcPr>
          <w:p w14:paraId="37C2BACF" w14:textId="77777777" w:rsidR="005B1675" w:rsidRPr="00C62D5B" w:rsidRDefault="00000000">
            <w:r w:rsidRPr="00C62D5B">
              <w:t>Data urodzenia</w:t>
            </w:r>
          </w:p>
        </w:tc>
        <w:tc>
          <w:tcPr>
            <w:tcW w:w="2451" w:type="dxa"/>
          </w:tcPr>
          <w:p w14:paraId="448558C3" w14:textId="77777777" w:rsidR="005B1675" w:rsidRPr="00C62D5B" w:rsidRDefault="00000000">
            <w:r w:rsidRPr="00C62D5B">
              <w:t>Adres zamieszkania</w:t>
            </w:r>
          </w:p>
        </w:tc>
        <w:tc>
          <w:tcPr>
            <w:tcW w:w="1869" w:type="dxa"/>
          </w:tcPr>
          <w:p w14:paraId="4AAB0835" w14:textId="77777777" w:rsidR="005B1675" w:rsidRPr="00C62D5B" w:rsidRDefault="00000000">
            <w:r w:rsidRPr="00C62D5B">
              <w:t>Telefon kontaktowy</w:t>
            </w:r>
          </w:p>
        </w:tc>
      </w:tr>
      <w:tr w:rsidR="00C62D5B" w:rsidRPr="00C62D5B" w14:paraId="45F36DE2" w14:textId="77777777" w:rsidTr="00C62D5B">
        <w:tc>
          <w:tcPr>
            <w:tcW w:w="2160" w:type="dxa"/>
          </w:tcPr>
          <w:p w14:paraId="2AE116A1" w14:textId="77777777" w:rsidR="005B1675" w:rsidRPr="00C62D5B" w:rsidRDefault="005B1675"/>
          <w:p w14:paraId="18DBDADD" w14:textId="77777777" w:rsidR="00C62D5B" w:rsidRDefault="00C62D5B"/>
          <w:p w14:paraId="63C0BF19" w14:textId="77777777" w:rsidR="00C62D5B" w:rsidRPr="00C62D5B" w:rsidRDefault="00C62D5B"/>
        </w:tc>
        <w:tc>
          <w:tcPr>
            <w:tcW w:w="2160" w:type="dxa"/>
          </w:tcPr>
          <w:p w14:paraId="74700A4E" w14:textId="77777777" w:rsidR="005B1675" w:rsidRPr="00C62D5B" w:rsidRDefault="005B1675"/>
        </w:tc>
        <w:tc>
          <w:tcPr>
            <w:tcW w:w="2451" w:type="dxa"/>
          </w:tcPr>
          <w:p w14:paraId="09484594" w14:textId="77777777" w:rsidR="005B1675" w:rsidRPr="00C62D5B" w:rsidRDefault="005B1675"/>
        </w:tc>
        <w:tc>
          <w:tcPr>
            <w:tcW w:w="1869" w:type="dxa"/>
          </w:tcPr>
          <w:p w14:paraId="34A20054" w14:textId="77777777" w:rsidR="005B1675" w:rsidRPr="00C62D5B" w:rsidRDefault="005B1675"/>
        </w:tc>
      </w:tr>
    </w:tbl>
    <w:p w14:paraId="26CB4900" w14:textId="22370972" w:rsidR="005B1675" w:rsidRDefault="00000000">
      <w:pPr>
        <w:pStyle w:val="Nagwek2"/>
        <w:rPr>
          <w:color w:val="auto"/>
        </w:rPr>
      </w:pPr>
      <w:r w:rsidRPr="00C62D5B">
        <w:rPr>
          <w:color w:val="auto"/>
        </w:rPr>
        <w:t xml:space="preserve">2. </w:t>
      </w:r>
      <w:proofErr w:type="spellStart"/>
      <w:r w:rsidR="00C62D5B">
        <w:rPr>
          <w:color w:val="auto"/>
        </w:rPr>
        <w:t>Stopień</w:t>
      </w:r>
      <w:proofErr w:type="spellEnd"/>
      <w:r w:rsidRPr="00C62D5B">
        <w:rPr>
          <w:color w:val="auto"/>
        </w:rPr>
        <w:t xml:space="preserve"> </w:t>
      </w:r>
      <w:proofErr w:type="spellStart"/>
      <w:r w:rsidRPr="00C62D5B">
        <w:rPr>
          <w:color w:val="auto"/>
        </w:rPr>
        <w:t>niepełnosprawności</w:t>
      </w:r>
      <w:proofErr w:type="spellEnd"/>
      <w:r w:rsidR="00C62D5B">
        <w:rPr>
          <w:color w:val="auto"/>
        </w:rPr>
        <w:t>:</w:t>
      </w:r>
    </w:p>
    <w:p w14:paraId="7F727FBA" w14:textId="77777777" w:rsidR="00C62D5B" w:rsidRDefault="00C62D5B" w:rsidP="00C62D5B">
      <w:pPr>
        <w:spacing w:after="0"/>
        <w:rPr>
          <w:lang w:val="pl-PL"/>
        </w:rPr>
      </w:pPr>
      <w:r w:rsidRPr="00C62D5B">
        <w:rPr>
          <w:rFonts w:ascii="Segoe UI Symbol" w:hAnsi="Segoe UI Symbol" w:cs="Segoe UI Symbol"/>
          <w:lang w:val="pl-PL"/>
        </w:rPr>
        <w:t>☐</w:t>
      </w:r>
      <w:r w:rsidRPr="00C62D5B">
        <w:rPr>
          <w:lang w:val="pl-PL"/>
        </w:rPr>
        <w:t xml:space="preserve"> znaczny</w:t>
      </w:r>
      <w:r w:rsidRPr="00C62D5B">
        <w:rPr>
          <w:lang w:val="pl-PL"/>
        </w:rPr>
        <w:t> </w:t>
      </w:r>
    </w:p>
    <w:p w14:paraId="64393280" w14:textId="77777777" w:rsidR="00C62D5B" w:rsidRDefault="00C62D5B" w:rsidP="00C62D5B">
      <w:pPr>
        <w:spacing w:after="0"/>
        <w:rPr>
          <w:lang w:val="pl-PL"/>
        </w:rPr>
      </w:pPr>
      <w:r w:rsidRPr="00C62D5B">
        <w:rPr>
          <w:rFonts w:ascii="Segoe UI Symbol" w:hAnsi="Segoe UI Symbol" w:cs="Segoe UI Symbol"/>
          <w:lang w:val="pl-PL"/>
        </w:rPr>
        <w:t>☐</w:t>
      </w:r>
      <w:r w:rsidRPr="00C62D5B">
        <w:rPr>
          <w:lang w:val="pl-PL"/>
        </w:rPr>
        <w:t xml:space="preserve"> umiarkowany</w:t>
      </w:r>
      <w:r w:rsidRPr="00C62D5B">
        <w:rPr>
          <w:lang w:val="pl-PL"/>
        </w:rPr>
        <w:t> </w:t>
      </w:r>
    </w:p>
    <w:p w14:paraId="74C3EB77" w14:textId="7CA1EA45" w:rsidR="00C62D5B" w:rsidRDefault="00C62D5B" w:rsidP="00C62D5B">
      <w:pPr>
        <w:spacing w:after="0"/>
        <w:rPr>
          <w:lang w:val="pl-PL"/>
        </w:rPr>
      </w:pPr>
      <w:r w:rsidRPr="00C62D5B">
        <w:rPr>
          <w:rFonts w:ascii="Segoe UI Symbol" w:hAnsi="Segoe UI Symbol" w:cs="Segoe UI Symbol"/>
          <w:lang w:val="pl-PL"/>
        </w:rPr>
        <w:t>☐</w:t>
      </w:r>
      <w:r w:rsidRPr="00C62D5B">
        <w:rPr>
          <w:lang w:val="pl-PL"/>
        </w:rPr>
        <w:t xml:space="preserve"> orzeczenie dziecka 2–16 lat</w:t>
      </w:r>
      <w:r w:rsidRPr="00C62D5B">
        <w:rPr>
          <w:lang w:val="pl-PL"/>
        </w:rPr>
        <w:t> </w:t>
      </w:r>
      <w:r>
        <w:rPr>
          <w:lang w:val="pl-PL"/>
        </w:rPr>
        <w:t>( pkt 7 i 8 orzeczenia)</w:t>
      </w:r>
    </w:p>
    <w:p w14:paraId="17885853" w14:textId="015353D6" w:rsidR="00C62D5B" w:rsidRPr="00C62D5B" w:rsidRDefault="00C62D5B" w:rsidP="00C62D5B">
      <w:pPr>
        <w:spacing w:after="0"/>
        <w:rPr>
          <w:lang w:val="pl-PL"/>
        </w:rPr>
      </w:pPr>
      <w:r w:rsidRPr="00C62D5B">
        <w:rPr>
          <w:rFonts w:ascii="Segoe UI Symbol" w:hAnsi="Segoe UI Symbol" w:cs="Segoe UI Symbol"/>
          <w:lang w:val="pl-PL"/>
        </w:rPr>
        <w:t>☐</w:t>
      </w:r>
      <w:r w:rsidRPr="00C62D5B">
        <w:rPr>
          <w:lang w:val="pl-PL"/>
        </w:rPr>
        <w:t xml:space="preserve"> inne: ______________________</w:t>
      </w:r>
    </w:p>
    <w:p w14:paraId="63A3FB3C" w14:textId="277F0845" w:rsidR="00C62D5B" w:rsidRPr="00C62D5B" w:rsidRDefault="00C62D5B" w:rsidP="00C62D5B">
      <w:pPr>
        <w:pStyle w:val="Nagwek2"/>
        <w:rPr>
          <w:color w:val="auto"/>
          <w:lang w:val="pl-PL"/>
        </w:rPr>
      </w:pPr>
      <w:r w:rsidRPr="00C62D5B">
        <w:rPr>
          <w:color w:val="auto"/>
          <w:lang w:val="pl-PL"/>
        </w:rPr>
        <w:t xml:space="preserve">3. </w:t>
      </w:r>
      <w:r>
        <w:rPr>
          <w:color w:val="auto"/>
          <w:lang w:val="pl-PL"/>
        </w:rPr>
        <w:t>Rodzaj niepełnosprawności :</w:t>
      </w:r>
    </w:p>
    <w:p w14:paraId="5FBC4CEE" w14:textId="4F6CF670" w:rsidR="005B1675" w:rsidRPr="00C62D5B" w:rsidRDefault="00000000">
      <w:pPr>
        <w:rPr>
          <w:lang w:val="pl-PL"/>
        </w:rPr>
      </w:pPr>
      <w:r w:rsidRPr="00C62D5B">
        <w:rPr>
          <w:lang w:val="pl-PL"/>
        </w:rPr>
        <w:br/>
      </w:r>
      <w:r w:rsidR="00C62D5B" w:rsidRPr="00C62D5B">
        <w:rPr>
          <w:rFonts w:ascii="Segoe UI Symbol" w:hAnsi="Segoe UI Symbol" w:cs="Segoe UI Symbol"/>
          <w:lang w:val="pl-PL"/>
        </w:rPr>
        <w:t xml:space="preserve">☐  </w:t>
      </w:r>
      <w:r w:rsidRPr="00C62D5B">
        <w:rPr>
          <w:lang w:val="pl-PL"/>
        </w:rPr>
        <w:t>Fizyczna</w:t>
      </w:r>
      <w:r w:rsidRPr="00C62D5B">
        <w:rPr>
          <w:lang w:val="pl-PL"/>
        </w:rPr>
        <w:br/>
      </w:r>
      <w:r w:rsidR="00C62D5B" w:rsidRPr="00C62D5B">
        <w:rPr>
          <w:rFonts w:ascii="Segoe UI Symbol" w:hAnsi="Segoe UI Symbol" w:cs="Segoe UI Symbol"/>
          <w:lang w:val="pl-PL"/>
        </w:rPr>
        <w:t xml:space="preserve">☐  </w:t>
      </w:r>
      <w:r w:rsidRPr="00C62D5B">
        <w:rPr>
          <w:lang w:val="pl-PL"/>
        </w:rPr>
        <w:t>Psychiczna</w:t>
      </w:r>
      <w:r w:rsidRPr="00C62D5B">
        <w:rPr>
          <w:lang w:val="pl-PL"/>
        </w:rPr>
        <w:br/>
      </w:r>
      <w:r w:rsidR="00C62D5B" w:rsidRPr="00C62D5B">
        <w:rPr>
          <w:rFonts w:ascii="Segoe UI Symbol" w:hAnsi="Segoe UI Symbol" w:cs="Segoe UI Symbol"/>
          <w:lang w:val="pl-PL"/>
        </w:rPr>
        <w:t xml:space="preserve">☐  </w:t>
      </w:r>
      <w:r w:rsidRPr="00C62D5B">
        <w:rPr>
          <w:lang w:val="pl-PL"/>
        </w:rPr>
        <w:t>Intelektualna</w:t>
      </w:r>
      <w:r w:rsidRPr="00C62D5B">
        <w:rPr>
          <w:lang w:val="pl-PL"/>
        </w:rPr>
        <w:br/>
      </w:r>
      <w:r w:rsidR="00C62D5B" w:rsidRPr="00C62D5B">
        <w:rPr>
          <w:rFonts w:ascii="Segoe UI Symbol" w:hAnsi="Segoe UI Symbol" w:cs="Segoe UI Symbol"/>
          <w:lang w:val="pl-PL"/>
        </w:rPr>
        <w:t xml:space="preserve">☐ </w:t>
      </w:r>
      <w:r w:rsidRPr="00C62D5B">
        <w:rPr>
          <w:lang w:val="pl-PL"/>
        </w:rPr>
        <w:t>Inna: ___________________________</w:t>
      </w:r>
    </w:p>
    <w:p w14:paraId="55E02EAF" w14:textId="77777777" w:rsidR="005B1675" w:rsidRPr="00C62D5B" w:rsidRDefault="00000000">
      <w:pPr>
        <w:pStyle w:val="Nagwek2"/>
        <w:rPr>
          <w:color w:val="auto"/>
          <w:lang w:val="pl-PL"/>
        </w:rPr>
      </w:pPr>
      <w:r w:rsidRPr="00C62D5B">
        <w:rPr>
          <w:color w:val="auto"/>
          <w:lang w:val="pl-PL"/>
        </w:rPr>
        <w:t>3. Potrzeby w zakresie usług asystenta osobistego</w:t>
      </w:r>
    </w:p>
    <w:p w14:paraId="099E18FE" w14:textId="77777777" w:rsidR="00C62D5B" w:rsidRPr="00C62D5B" w:rsidRDefault="00C62D5B" w:rsidP="00C62D5B">
      <w:pPr>
        <w:spacing w:after="0"/>
        <w:rPr>
          <w:lang w:val="pl-PL"/>
        </w:rPr>
      </w:pPr>
      <w:r w:rsidRPr="00C62D5B">
        <w:rPr>
          <w:rFonts w:ascii="Segoe UI Symbol" w:hAnsi="Segoe UI Symbol" w:cs="Segoe UI Symbol"/>
          <w:lang w:val="pl-PL"/>
        </w:rPr>
        <w:t>☐</w:t>
      </w:r>
      <w:r w:rsidRPr="00C62D5B">
        <w:rPr>
          <w:lang w:val="pl-PL"/>
        </w:rPr>
        <w:t xml:space="preserve"> pomoc w codziennych czynnościach (np. higiena, posiłki)</w:t>
      </w:r>
    </w:p>
    <w:p w14:paraId="1131869E" w14:textId="77777777" w:rsidR="00C62D5B" w:rsidRPr="00C62D5B" w:rsidRDefault="00C62D5B" w:rsidP="00C62D5B">
      <w:pPr>
        <w:spacing w:after="0"/>
        <w:rPr>
          <w:lang w:val="pl-PL"/>
        </w:rPr>
      </w:pPr>
      <w:r w:rsidRPr="00C62D5B">
        <w:rPr>
          <w:rFonts w:ascii="Segoe UI Symbol" w:hAnsi="Segoe UI Symbol" w:cs="Segoe UI Symbol"/>
          <w:lang w:val="pl-PL"/>
        </w:rPr>
        <w:t>☐</w:t>
      </w:r>
      <w:r w:rsidRPr="00C62D5B">
        <w:rPr>
          <w:lang w:val="pl-PL"/>
        </w:rPr>
        <w:t xml:space="preserve"> wsparcie w prowadzeniu gospodarstwa domowego</w:t>
      </w:r>
    </w:p>
    <w:p w14:paraId="340613AC" w14:textId="77777777" w:rsidR="00C62D5B" w:rsidRPr="00C62D5B" w:rsidRDefault="00C62D5B" w:rsidP="00C62D5B">
      <w:pPr>
        <w:spacing w:after="0"/>
        <w:rPr>
          <w:lang w:val="pl-PL"/>
        </w:rPr>
      </w:pPr>
      <w:r w:rsidRPr="00C62D5B">
        <w:rPr>
          <w:rFonts w:ascii="Segoe UI Symbol" w:hAnsi="Segoe UI Symbol" w:cs="Segoe UI Symbol"/>
          <w:lang w:val="pl-PL"/>
        </w:rPr>
        <w:t>☐</w:t>
      </w:r>
      <w:r w:rsidRPr="00C62D5B">
        <w:rPr>
          <w:lang w:val="pl-PL"/>
        </w:rPr>
        <w:t xml:space="preserve"> towarzyszenie w przemieszczaniu się poza domem</w:t>
      </w:r>
    </w:p>
    <w:p w14:paraId="682D70C5" w14:textId="77777777" w:rsidR="00C62D5B" w:rsidRPr="00C62D5B" w:rsidRDefault="00C62D5B" w:rsidP="00C62D5B">
      <w:pPr>
        <w:spacing w:after="0"/>
        <w:rPr>
          <w:lang w:val="pl-PL"/>
        </w:rPr>
      </w:pPr>
      <w:r w:rsidRPr="00C62D5B">
        <w:rPr>
          <w:rFonts w:ascii="Segoe UI Symbol" w:hAnsi="Segoe UI Symbol" w:cs="Segoe UI Symbol"/>
          <w:lang w:val="pl-PL"/>
        </w:rPr>
        <w:t>☐</w:t>
      </w:r>
      <w:r w:rsidRPr="00C62D5B">
        <w:rPr>
          <w:lang w:val="pl-PL"/>
        </w:rPr>
        <w:t xml:space="preserve"> wspieranie aktywności społecznej i kontaktów z otoczeniem</w:t>
      </w:r>
    </w:p>
    <w:p w14:paraId="146BE2D1" w14:textId="324C13C1" w:rsidR="005B1675" w:rsidRPr="00C62D5B" w:rsidRDefault="00C62D5B" w:rsidP="00C62D5B">
      <w:pPr>
        <w:spacing w:after="0"/>
        <w:rPr>
          <w:lang w:val="pl-PL"/>
        </w:rPr>
      </w:pPr>
      <w:r w:rsidRPr="00C62D5B">
        <w:rPr>
          <w:rFonts w:ascii="Segoe UI Symbol" w:hAnsi="Segoe UI Symbol" w:cs="Segoe UI Symbol"/>
          <w:lang w:val="pl-PL"/>
        </w:rPr>
        <w:t>☐</w:t>
      </w:r>
      <w:r w:rsidRPr="00C62D5B">
        <w:rPr>
          <w:lang w:val="pl-PL"/>
        </w:rPr>
        <w:t xml:space="preserve"> inne: __________________________</w:t>
      </w:r>
      <w:r w:rsidRPr="00C62D5B">
        <w:rPr>
          <w:lang w:val="pl-PL"/>
        </w:rPr>
        <w:br/>
        <w:t>_________________________________________________________________________</w:t>
      </w:r>
      <w:r w:rsidRPr="00C62D5B">
        <w:rPr>
          <w:lang w:val="pl-PL"/>
        </w:rPr>
        <w:br/>
        <w:t>_________________________________________________________________________</w:t>
      </w:r>
    </w:p>
    <w:p w14:paraId="09E92D58" w14:textId="77777777" w:rsidR="005B1675" w:rsidRPr="00C62D5B" w:rsidRDefault="00000000">
      <w:pPr>
        <w:pStyle w:val="Nagwek2"/>
        <w:rPr>
          <w:color w:val="auto"/>
          <w:lang w:val="pl-PL"/>
        </w:rPr>
      </w:pPr>
      <w:r w:rsidRPr="00C62D5B">
        <w:rPr>
          <w:color w:val="auto"/>
          <w:lang w:val="pl-PL"/>
        </w:rPr>
        <w:lastRenderedPageBreak/>
        <w:t>4. Preferencje czasowe</w:t>
      </w:r>
    </w:p>
    <w:p w14:paraId="517D2C09" w14:textId="44C70429" w:rsidR="00C62D5B" w:rsidRDefault="00000000">
      <w:pPr>
        <w:rPr>
          <w:lang w:val="pl-PL"/>
        </w:rPr>
      </w:pPr>
      <w:r w:rsidRPr="00C62D5B">
        <w:rPr>
          <w:lang w:val="pl-PL"/>
        </w:rPr>
        <w:t>Prosimy podać dni i godziny, w których potrzebna jest pomoc asystenta</w:t>
      </w:r>
      <w:r w:rsidRPr="00C62D5B">
        <w:rPr>
          <w:lang w:val="pl-PL"/>
        </w:rPr>
        <w:br/>
      </w:r>
      <w:r w:rsidRPr="00C62D5B">
        <w:rPr>
          <w:lang w:val="pl-PL"/>
        </w:rPr>
        <w:br/>
        <w:t>_________________________________________________________________________</w:t>
      </w:r>
      <w:r w:rsidRPr="00C62D5B">
        <w:rPr>
          <w:lang w:val="pl-PL"/>
        </w:rPr>
        <w:br/>
        <w:t>_________________________________________________________________________</w:t>
      </w:r>
    </w:p>
    <w:p w14:paraId="5B541C1A" w14:textId="77777777" w:rsidR="005B1675" w:rsidRPr="00C62D5B" w:rsidRDefault="005B1675">
      <w:pPr>
        <w:rPr>
          <w:lang w:val="pl-PL"/>
        </w:rPr>
      </w:pPr>
    </w:p>
    <w:p w14:paraId="4A0F2F68" w14:textId="77777777" w:rsidR="005B1675" w:rsidRPr="00C62D5B" w:rsidRDefault="00000000">
      <w:pPr>
        <w:pStyle w:val="Nagwek2"/>
        <w:rPr>
          <w:color w:val="auto"/>
          <w:lang w:val="pl-PL"/>
        </w:rPr>
      </w:pPr>
      <w:r w:rsidRPr="00C62D5B">
        <w:rPr>
          <w:color w:val="auto"/>
          <w:lang w:val="pl-PL"/>
        </w:rPr>
        <w:t>5. Dane kandydata na asystenta osobistego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3288"/>
      </w:tblGrid>
      <w:tr w:rsidR="00C62D5B" w:rsidRPr="00C62D5B" w14:paraId="73746298" w14:textId="77777777" w:rsidTr="00C62D5B">
        <w:tc>
          <w:tcPr>
            <w:tcW w:w="1728" w:type="dxa"/>
          </w:tcPr>
          <w:p w14:paraId="439A9654" w14:textId="77777777" w:rsidR="00C62D5B" w:rsidRPr="00C62D5B" w:rsidRDefault="00C62D5B">
            <w:proofErr w:type="spellStart"/>
            <w:r w:rsidRPr="00C62D5B">
              <w:t>Imię</w:t>
            </w:r>
            <w:proofErr w:type="spellEnd"/>
            <w:r w:rsidRPr="00C62D5B">
              <w:t xml:space="preserve"> </w:t>
            </w:r>
            <w:proofErr w:type="spellStart"/>
            <w:r w:rsidRPr="00C62D5B">
              <w:t>i</w:t>
            </w:r>
            <w:proofErr w:type="spellEnd"/>
            <w:r w:rsidRPr="00C62D5B">
              <w:t xml:space="preserve"> </w:t>
            </w:r>
            <w:proofErr w:type="spellStart"/>
            <w:r w:rsidRPr="00C62D5B">
              <w:t>nazwisko</w:t>
            </w:r>
            <w:proofErr w:type="spellEnd"/>
          </w:p>
        </w:tc>
        <w:tc>
          <w:tcPr>
            <w:tcW w:w="1728" w:type="dxa"/>
          </w:tcPr>
          <w:p w14:paraId="1C85DD6C" w14:textId="6588EC99" w:rsidR="00C62D5B" w:rsidRPr="00C62D5B" w:rsidRDefault="00C62D5B">
            <w:r w:rsidRPr="00C62D5B">
              <w:t>Adres</w:t>
            </w:r>
          </w:p>
        </w:tc>
        <w:tc>
          <w:tcPr>
            <w:tcW w:w="1728" w:type="dxa"/>
          </w:tcPr>
          <w:p w14:paraId="568C47F5" w14:textId="77777777" w:rsidR="00C62D5B" w:rsidRPr="00C62D5B" w:rsidRDefault="00C62D5B">
            <w:r w:rsidRPr="00C62D5B">
              <w:t>Telefon kontaktowy</w:t>
            </w:r>
          </w:p>
        </w:tc>
        <w:tc>
          <w:tcPr>
            <w:tcW w:w="3288" w:type="dxa"/>
          </w:tcPr>
          <w:p w14:paraId="56A42D8D" w14:textId="77777777" w:rsidR="00C62D5B" w:rsidRPr="00C62D5B" w:rsidRDefault="00C62D5B">
            <w:proofErr w:type="spellStart"/>
            <w:r w:rsidRPr="00C62D5B">
              <w:t>Doświadczenie</w:t>
            </w:r>
            <w:proofErr w:type="spellEnd"/>
            <w:r w:rsidRPr="00C62D5B">
              <w:t xml:space="preserve"> / kwalifikacje</w:t>
            </w:r>
          </w:p>
        </w:tc>
      </w:tr>
      <w:tr w:rsidR="00C62D5B" w:rsidRPr="00C62D5B" w14:paraId="0512C690" w14:textId="77777777" w:rsidTr="00C62D5B">
        <w:tc>
          <w:tcPr>
            <w:tcW w:w="1728" w:type="dxa"/>
          </w:tcPr>
          <w:p w14:paraId="31D11769" w14:textId="77777777" w:rsidR="00C62D5B" w:rsidRPr="00C62D5B" w:rsidRDefault="00C62D5B"/>
          <w:p w14:paraId="52F76265" w14:textId="77777777" w:rsidR="00C62D5B" w:rsidRPr="00C62D5B" w:rsidRDefault="00C62D5B"/>
        </w:tc>
        <w:tc>
          <w:tcPr>
            <w:tcW w:w="1728" w:type="dxa"/>
          </w:tcPr>
          <w:p w14:paraId="77869C39" w14:textId="77777777" w:rsidR="00C62D5B" w:rsidRPr="00C62D5B" w:rsidRDefault="00C62D5B"/>
        </w:tc>
        <w:tc>
          <w:tcPr>
            <w:tcW w:w="1728" w:type="dxa"/>
          </w:tcPr>
          <w:p w14:paraId="02242741" w14:textId="77777777" w:rsidR="00C62D5B" w:rsidRPr="00C62D5B" w:rsidRDefault="00C62D5B"/>
        </w:tc>
        <w:tc>
          <w:tcPr>
            <w:tcW w:w="3288" w:type="dxa"/>
          </w:tcPr>
          <w:p w14:paraId="2843F20E" w14:textId="77777777" w:rsidR="00C62D5B" w:rsidRDefault="00C62D5B"/>
          <w:p w14:paraId="7BEC4902" w14:textId="77777777" w:rsidR="00C62D5B" w:rsidRDefault="00C62D5B"/>
          <w:p w14:paraId="3E2DFB69" w14:textId="77777777" w:rsidR="00C62D5B" w:rsidRPr="00C62D5B" w:rsidRDefault="00C62D5B"/>
        </w:tc>
      </w:tr>
    </w:tbl>
    <w:p w14:paraId="3603DF58" w14:textId="77777777" w:rsidR="00C62D5B" w:rsidRDefault="00C62D5B">
      <w:pPr>
        <w:rPr>
          <w:lang w:val="pl-PL"/>
        </w:rPr>
      </w:pPr>
    </w:p>
    <w:p w14:paraId="14DDA125" w14:textId="77777777" w:rsidR="00DA2C47" w:rsidRDefault="00000000">
      <w:pPr>
        <w:rPr>
          <w:lang w:val="pl-PL"/>
        </w:rPr>
      </w:pPr>
      <w:r w:rsidRPr="00C62D5B">
        <w:rPr>
          <w:lang w:val="pl-PL"/>
        </w:rPr>
        <w:t>Dodatkowe informacje o kandydacie:</w:t>
      </w:r>
      <w:r w:rsidRPr="00C62D5B">
        <w:rPr>
          <w:lang w:val="pl-PL"/>
        </w:rPr>
        <w:br/>
        <w:t>_________________________________________________________________________</w:t>
      </w:r>
    </w:p>
    <w:p w14:paraId="3C582681" w14:textId="508B8E44" w:rsidR="005B1675" w:rsidRPr="00C62D5B" w:rsidRDefault="00000000">
      <w:pPr>
        <w:rPr>
          <w:lang w:val="pl-PL"/>
        </w:rPr>
      </w:pPr>
      <w:r w:rsidRPr="00C62D5B">
        <w:rPr>
          <w:lang w:val="pl-PL"/>
        </w:rPr>
        <w:br/>
        <w:t>_________________________________________________________________________</w:t>
      </w:r>
    </w:p>
    <w:p w14:paraId="1CC9F271" w14:textId="77777777" w:rsidR="005B1675" w:rsidRPr="00C62D5B" w:rsidRDefault="00000000">
      <w:pPr>
        <w:pStyle w:val="Nagwek2"/>
        <w:rPr>
          <w:color w:val="auto"/>
          <w:lang w:val="pl-PL"/>
        </w:rPr>
      </w:pPr>
      <w:r w:rsidRPr="00C62D5B">
        <w:rPr>
          <w:color w:val="auto"/>
          <w:lang w:val="pl-PL"/>
        </w:rPr>
        <w:t>6. Oświadczenia</w:t>
      </w:r>
    </w:p>
    <w:p w14:paraId="0A6688C9" w14:textId="77777777" w:rsidR="005B1675" w:rsidRPr="00C62D5B" w:rsidRDefault="00000000">
      <w:pPr>
        <w:rPr>
          <w:lang w:val="pl-PL"/>
        </w:rPr>
      </w:pPr>
      <w:r w:rsidRPr="00C62D5B">
        <w:rPr>
          <w:lang w:val="pl-PL"/>
        </w:rPr>
        <w:t>- Wyrażam zgodę na przetwarzanie moich danych osobowych w zakresie niezbędnym do przeprowadzenia wstępnego naboru w Programie „Asystent osobisty osoby z niepełnosprawnością”.</w:t>
      </w:r>
      <w:r w:rsidRPr="00C62D5B">
        <w:rPr>
          <w:lang w:val="pl-PL"/>
        </w:rPr>
        <w:br/>
        <w:t>- Zostałem/</w:t>
      </w:r>
      <w:proofErr w:type="spellStart"/>
      <w:r w:rsidRPr="00C62D5B">
        <w:rPr>
          <w:lang w:val="pl-PL"/>
        </w:rPr>
        <w:t>am</w:t>
      </w:r>
      <w:proofErr w:type="spellEnd"/>
      <w:r w:rsidRPr="00C62D5B">
        <w:rPr>
          <w:lang w:val="pl-PL"/>
        </w:rPr>
        <w:t xml:space="preserve"> poinformowany/a, że złożenie deklaracji nie gwarantuje udziału w Programie.</w:t>
      </w:r>
    </w:p>
    <w:p w14:paraId="1DBD28F4" w14:textId="77777777" w:rsidR="00C62D5B" w:rsidRDefault="00C62D5B">
      <w:pPr>
        <w:rPr>
          <w:lang w:val="pl-PL"/>
        </w:rPr>
      </w:pPr>
    </w:p>
    <w:p w14:paraId="1A9A2F2F" w14:textId="32B9D214" w:rsidR="005B1675" w:rsidRPr="00C62D5B" w:rsidRDefault="00000000">
      <w:pPr>
        <w:rPr>
          <w:lang w:val="pl-PL"/>
        </w:rPr>
      </w:pPr>
      <w:r w:rsidRPr="00C62D5B">
        <w:rPr>
          <w:lang w:val="pl-PL"/>
        </w:rPr>
        <w:br/>
        <w:t>Data i podpis osoby składającej deklarację: ______________________</w:t>
      </w:r>
    </w:p>
    <w:sectPr w:rsidR="005B1675" w:rsidRPr="00C62D5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754428">
    <w:abstractNumId w:val="8"/>
  </w:num>
  <w:num w:numId="2" w16cid:durableId="2062560140">
    <w:abstractNumId w:val="6"/>
  </w:num>
  <w:num w:numId="3" w16cid:durableId="680471438">
    <w:abstractNumId w:val="5"/>
  </w:num>
  <w:num w:numId="4" w16cid:durableId="838733080">
    <w:abstractNumId w:val="4"/>
  </w:num>
  <w:num w:numId="5" w16cid:durableId="272592963">
    <w:abstractNumId w:val="7"/>
  </w:num>
  <w:num w:numId="6" w16cid:durableId="1134522474">
    <w:abstractNumId w:val="3"/>
  </w:num>
  <w:num w:numId="7" w16cid:durableId="253590173">
    <w:abstractNumId w:val="2"/>
  </w:num>
  <w:num w:numId="8" w16cid:durableId="1727601775">
    <w:abstractNumId w:val="1"/>
  </w:num>
  <w:num w:numId="9" w16cid:durableId="1869026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28D5"/>
    <w:rsid w:val="005B1675"/>
    <w:rsid w:val="00A23DD7"/>
    <w:rsid w:val="00AA1D8D"/>
    <w:rsid w:val="00B47730"/>
    <w:rsid w:val="00C62D5B"/>
    <w:rsid w:val="00CB0664"/>
    <w:rsid w:val="00D96ECA"/>
    <w:rsid w:val="00DA2C47"/>
    <w:rsid w:val="00E270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19E9B6"/>
  <w14:defaultImageDpi w14:val="300"/>
  <w15:docId w15:val="{4E46C7AF-7582-4166-A386-90E79D7D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Użytkownik</cp:lastModifiedBy>
  <cp:revision>3</cp:revision>
  <dcterms:created xsi:type="dcterms:W3CDTF">2026-09-28T10:56:00Z</dcterms:created>
  <dcterms:modified xsi:type="dcterms:W3CDTF">2026-09-28T10:56:00Z</dcterms:modified>
  <cp:category/>
</cp:coreProperties>
</file>