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39C57" w14:textId="01202EED" w:rsidR="005B1675" w:rsidRPr="00C62D5B" w:rsidRDefault="00000000">
      <w:pPr>
        <w:pStyle w:val="Tytu"/>
        <w:rPr>
          <w:color w:val="auto"/>
          <w:sz w:val="48"/>
          <w:szCs w:val="48"/>
          <w:lang w:val="pl-PL"/>
        </w:rPr>
      </w:pPr>
      <w:r w:rsidRPr="00C62D5B">
        <w:rPr>
          <w:color w:val="auto"/>
          <w:sz w:val="48"/>
          <w:szCs w:val="48"/>
          <w:lang w:val="pl-PL"/>
        </w:rPr>
        <w:t>Wstępna deklaracja udziału w Programie</w:t>
      </w:r>
      <w:r w:rsidR="00C62D5B" w:rsidRPr="00C62D5B">
        <w:rPr>
          <w:color w:val="auto"/>
          <w:sz w:val="48"/>
          <w:szCs w:val="48"/>
          <w:lang w:val="pl-PL"/>
        </w:rPr>
        <w:t xml:space="preserve"> </w:t>
      </w:r>
      <w:r w:rsidR="003A3AC4">
        <w:rPr>
          <w:color w:val="auto"/>
          <w:sz w:val="48"/>
          <w:szCs w:val="48"/>
          <w:lang w:val="pl-PL"/>
        </w:rPr>
        <w:t>Opieka wytchnieniowa-</w:t>
      </w:r>
      <w:r w:rsidR="00C62D5B" w:rsidRPr="00C62D5B">
        <w:rPr>
          <w:color w:val="auto"/>
          <w:sz w:val="48"/>
          <w:szCs w:val="48"/>
          <w:lang w:val="pl-PL"/>
        </w:rPr>
        <w:t xml:space="preserve"> 2026</w:t>
      </w:r>
    </w:p>
    <w:p w14:paraId="6E919A9B" w14:textId="5C1E4A86" w:rsidR="005B1675" w:rsidRPr="00C62D5B" w:rsidRDefault="00000000">
      <w:pPr>
        <w:pStyle w:val="Nagwek1"/>
        <w:rPr>
          <w:color w:val="auto"/>
          <w:lang w:val="pl-PL"/>
        </w:rPr>
      </w:pPr>
      <w:r w:rsidRPr="00C62D5B">
        <w:rPr>
          <w:color w:val="auto"/>
          <w:lang w:val="pl-PL"/>
        </w:rPr>
        <w:t>„</w:t>
      </w:r>
      <w:r w:rsidR="003A3AC4" w:rsidRPr="003A3AC4">
        <w:rPr>
          <w:color w:val="auto"/>
          <w:lang w:val="pl-PL"/>
        </w:rPr>
        <w:t>Opieka wytchnieniowa</w:t>
      </w:r>
      <w:r w:rsidRPr="00C62D5B">
        <w:rPr>
          <w:color w:val="auto"/>
          <w:lang w:val="pl-PL"/>
        </w:rPr>
        <w:t>” – edycja 2026</w:t>
      </w:r>
    </w:p>
    <w:p w14:paraId="62E526D1" w14:textId="77777777" w:rsidR="005B1675" w:rsidRPr="00C62D5B" w:rsidRDefault="00000000">
      <w:pPr>
        <w:rPr>
          <w:lang w:val="pl-PL"/>
        </w:rPr>
      </w:pPr>
      <w:r w:rsidRPr="00C62D5B">
        <w:rPr>
          <w:lang w:val="pl-PL"/>
        </w:rPr>
        <w:t>Ośrodek Pomocy Społecznej w Gródku nad Dunajcem prowadzi wstępny nabór deklaracji w celu oszacowania zapotrzebowania na usługi asystenta osobistego.</w:t>
      </w:r>
    </w:p>
    <w:p w14:paraId="0C0EF92B" w14:textId="77777777" w:rsidR="005B1675" w:rsidRDefault="00000000">
      <w:pPr>
        <w:rPr>
          <w:color w:val="C0504D" w:themeColor="accent2"/>
          <w:lang w:val="pl-PL"/>
        </w:rPr>
      </w:pPr>
      <w:r w:rsidRPr="00C62D5B">
        <w:rPr>
          <w:color w:val="C0504D" w:themeColor="accent2"/>
          <w:lang w:val="pl-PL"/>
        </w:rPr>
        <w:t>⚠</w:t>
      </w:r>
      <w:r w:rsidRPr="00C62D5B">
        <w:rPr>
          <w:color w:val="C0504D" w:themeColor="accent2"/>
        </w:rPr>
        <w:t>️</w:t>
      </w:r>
      <w:r w:rsidRPr="00C62D5B">
        <w:rPr>
          <w:color w:val="C0504D" w:themeColor="accent2"/>
          <w:lang w:val="pl-PL"/>
        </w:rPr>
        <w:t xml:space="preserve"> Uwaga: Złożenie deklaracji </w:t>
      </w:r>
      <w:r w:rsidRPr="00C62D5B">
        <w:rPr>
          <w:b/>
          <w:bCs/>
          <w:color w:val="C0504D" w:themeColor="accent2"/>
          <w:lang w:val="pl-PL"/>
        </w:rPr>
        <w:t>nie jest równoznaczne</w:t>
      </w:r>
      <w:r w:rsidRPr="00C62D5B">
        <w:rPr>
          <w:color w:val="C0504D" w:themeColor="accent2"/>
          <w:lang w:val="pl-PL"/>
        </w:rPr>
        <w:t xml:space="preserve"> z przyjęciem do Programu ani złożeniem formalnego wniosku.</w:t>
      </w:r>
    </w:p>
    <w:p w14:paraId="2B43190B" w14:textId="68D795B2" w:rsidR="003A3AC4" w:rsidRDefault="003A3AC4" w:rsidP="003A3AC4">
      <w:pPr>
        <w:pStyle w:val="Nagwek2"/>
        <w:numPr>
          <w:ilvl w:val="0"/>
          <w:numId w:val="10"/>
        </w:numPr>
        <w:ind w:left="284"/>
        <w:rPr>
          <w:color w:val="auto"/>
          <w:lang w:val="pl-PL"/>
        </w:rPr>
      </w:pPr>
      <w:r w:rsidRPr="003A3AC4">
        <w:rPr>
          <w:color w:val="auto"/>
          <w:lang w:val="pl-PL"/>
        </w:rPr>
        <w:t xml:space="preserve">Dane </w:t>
      </w:r>
      <w:r w:rsidRPr="003A3AC4">
        <w:rPr>
          <w:color w:val="auto"/>
          <w:lang w:val="pl-PL"/>
        </w:rPr>
        <w:t xml:space="preserve">opiekuna osoby </w:t>
      </w:r>
      <w:r w:rsidRPr="003A3AC4">
        <w:rPr>
          <w:color w:val="auto"/>
          <w:lang w:val="pl-PL"/>
        </w:rPr>
        <w:t>z niepełnosprawnością</w:t>
      </w:r>
    </w:p>
    <w:p w14:paraId="5D56858F" w14:textId="77777777" w:rsidR="003A3AC4" w:rsidRPr="003A3AC4" w:rsidRDefault="003A3AC4" w:rsidP="003A3AC4">
      <w:pPr>
        <w:rPr>
          <w:lang w:val="pl-PL"/>
        </w:rPr>
      </w:pPr>
    </w:p>
    <w:tbl>
      <w:tblPr>
        <w:tblStyle w:val="Tabela-Siatka"/>
        <w:tblW w:w="8938" w:type="dxa"/>
        <w:tblLook w:val="04A0" w:firstRow="1" w:lastRow="0" w:firstColumn="1" w:lastColumn="0" w:noHBand="0" w:noVBand="1"/>
      </w:tblPr>
      <w:tblGrid>
        <w:gridCol w:w="2802"/>
        <w:gridCol w:w="3685"/>
        <w:gridCol w:w="2451"/>
      </w:tblGrid>
      <w:tr w:rsidR="003A3AC4" w:rsidRPr="00C62D5B" w14:paraId="0DD37D08" w14:textId="77777777" w:rsidTr="00D81611">
        <w:tc>
          <w:tcPr>
            <w:tcW w:w="2802" w:type="dxa"/>
          </w:tcPr>
          <w:p w14:paraId="63EB5D4E" w14:textId="77777777" w:rsidR="003A3AC4" w:rsidRPr="00C62D5B" w:rsidRDefault="003A3AC4" w:rsidP="003A3AC4">
            <w:proofErr w:type="spellStart"/>
            <w:r w:rsidRPr="00C62D5B">
              <w:t>Imię</w:t>
            </w:r>
            <w:proofErr w:type="spellEnd"/>
            <w:r w:rsidRPr="00C62D5B">
              <w:t xml:space="preserve"> </w:t>
            </w:r>
            <w:proofErr w:type="spellStart"/>
            <w:r w:rsidRPr="00C62D5B">
              <w:t>i</w:t>
            </w:r>
            <w:proofErr w:type="spellEnd"/>
            <w:r w:rsidRPr="00C62D5B">
              <w:t xml:space="preserve"> </w:t>
            </w:r>
            <w:proofErr w:type="spellStart"/>
            <w:r w:rsidRPr="00C62D5B">
              <w:t>nazwisko</w:t>
            </w:r>
            <w:proofErr w:type="spellEnd"/>
          </w:p>
        </w:tc>
        <w:tc>
          <w:tcPr>
            <w:tcW w:w="3685" w:type="dxa"/>
          </w:tcPr>
          <w:p w14:paraId="57675C9D" w14:textId="77BD67BF" w:rsidR="003A3AC4" w:rsidRPr="00C62D5B" w:rsidRDefault="003A3AC4" w:rsidP="003A3AC4">
            <w:r w:rsidRPr="00C62D5B">
              <w:t xml:space="preserve">Adres </w:t>
            </w:r>
            <w:proofErr w:type="spellStart"/>
            <w:r w:rsidRPr="00C62D5B">
              <w:t>zamieszkania</w:t>
            </w:r>
            <w:proofErr w:type="spellEnd"/>
          </w:p>
        </w:tc>
        <w:tc>
          <w:tcPr>
            <w:tcW w:w="2451" w:type="dxa"/>
          </w:tcPr>
          <w:p w14:paraId="3358E6BA" w14:textId="73C6285E" w:rsidR="003A3AC4" w:rsidRPr="00C62D5B" w:rsidRDefault="003A3AC4" w:rsidP="003A3AC4">
            <w:proofErr w:type="spellStart"/>
            <w:r>
              <w:t>Telefon</w:t>
            </w:r>
            <w:proofErr w:type="spellEnd"/>
            <w:r>
              <w:t xml:space="preserve"> </w:t>
            </w:r>
            <w:proofErr w:type="spellStart"/>
            <w:r>
              <w:t>kontaktowy</w:t>
            </w:r>
            <w:proofErr w:type="spellEnd"/>
          </w:p>
        </w:tc>
      </w:tr>
      <w:tr w:rsidR="003A3AC4" w:rsidRPr="00C62D5B" w14:paraId="191F6E87" w14:textId="77777777" w:rsidTr="00D81611">
        <w:tc>
          <w:tcPr>
            <w:tcW w:w="2802" w:type="dxa"/>
          </w:tcPr>
          <w:p w14:paraId="05705215" w14:textId="77777777" w:rsidR="003A3AC4" w:rsidRPr="00C62D5B" w:rsidRDefault="003A3AC4" w:rsidP="003A3AC4"/>
          <w:p w14:paraId="4109AF9E" w14:textId="77777777" w:rsidR="003A3AC4" w:rsidRDefault="003A3AC4" w:rsidP="003A3AC4"/>
          <w:p w14:paraId="2BA31EE2" w14:textId="42711E66" w:rsidR="00D81611" w:rsidRPr="00C62D5B" w:rsidRDefault="00D81611" w:rsidP="003A3AC4"/>
        </w:tc>
        <w:tc>
          <w:tcPr>
            <w:tcW w:w="3685" w:type="dxa"/>
          </w:tcPr>
          <w:p w14:paraId="2BE49FD1" w14:textId="77777777" w:rsidR="003A3AC4" w:rsidRPr="00C62D5B" w:rsidRDefault="003A3AC4" w:rsidP="00D81611">
            <w:pPr>
              <w:ind w:left="109"/>
            </w:pPr>
          </w:p>
        </w:tc>
        <w:tc>
          <w:tcPr>
            <w:tcW w:w="2451" w:type="dxa"/>
          </w:tcPr>
          <w:p w14:paraId="7CD3D4FC" w14:textId="77777777" w:rsidR="003A3AC4" w:rsidRPr="00C62D5B" w:rsidRDefault="003A3AC4" w:rsidP="003A3AC4"/>
        </w:tc>
      </w:tr>
    </w:tbl>
    <w:p w14:paraId="53B6EA30" w14:textId="77777777" w:rsidR="003A3AC4" w:rsidRPr="00C62D5B" w:rsidRDefault="003A3AC4">
      <w:pPr>
        <w:rPr>
          <w:color w:val="C0504D" w:themeColor="accent2"/>
          <w:lang w:val="pl-PL"/>
        </w:rPr>
      </w:pPr>
    </w:p>
    <w:p w14:paraId="3579A6E9" w14:textId="39FFD959" w:rsidR="005B1675" w:rsidRPr="00C62D5B" w:rsidRDefault="003A3AC4">
      <w:pPr>
        <w:pStyle w:val="Nagwek2"/>
        <w:rPr>
          <w:color w:val="auto"/>
        </w:rPr>
      </w:pPr>
      <w:r>
        <w:rPr>
          <w:color w:val="auto"/>
        </w:rPr>
        <w:t>2</w:t>
      </w:r>
      <w:r w:rsidR="00000000" w:rsidRPr="00C62D5B">
        <w:rPr>
          <w:color w:val="auto"/>
        </w:rPr>
        <w:t>. Dane osoby z niepełnosprawnością</w:t>
      </w:r>
    </w:p>
    <w:tbl>
      <w:tblPr>
        <w:tblStyle w:val="Tabela-Siatka"/>
        <w:tblW w:w="9207" w:type="dxa"/>
        <w:tblLook w:val="04A0" w:firstRow="1" w:lastRow="0" w:firstColumn="1" w:lastColumn="0" w:noHBand="0" w:noVBand="1"/>
      </w:tblPr>
      <w:tblGrid>
        <w:gridCol w:w="2160"/>
        <w:gridCol w:w="2160"/>
        <w:gridCol w:w="3018"/>
        <w:gridCol w:w="1869"/>
      </w:tblGrid>
      <w:tr w:rsidR="00C62D5B" w:rsidRPr="00C62D5B" w14:paraId="1E66AB27" w14:textId="77777777" w:rsidTr="00D81611">
        <w:tc>
          <w:tcPr>
            <w:tcW w:w="2160" w:type="dxa"/>
          </w:tcPr>
          <w:p w14:paraId="17050CA4" w14:textId="77777777" w:rsidR="005B1675" w:rsidRPr="00C62D5B" w:rsidRDefault="00000000">
            <w:proofErr w:type="spellStart"/>
            <w:r w:rsidRPr="00C62D5B">
              <w:t>Imię</w:t>
            </w:r>
            <w:proofErr w:type="spellEnd"/>
            <w:r w:rsidRPr="00C62D5B">
              <w:t xml:space="preserve"> i </w:t>
            </w:r>
            <w:proofErr w:type="spellStart"/>
            <w:r w:rsidRPr="00C62D5B">
              <w:t>nazwisko</w:t>
            </w:r>
            <w:proofErr w:type="spellEnd"/>
          </w:p>
        </w:tc>
        <w:tc>
          <w:tcPr>
            <w:tcW w:w="2160" w:type="dxa"/>
          </w:tcPr>
          <w:p w14:paraId="37C2BACF" w14:textId="77777777" w:rsidR="005B1675" w:rsidRPr="00C62D5B" w:rsidRDefault="00000000">
            <w:r w:rsidRPr="00C62D5B">
              <w:t>Data urodzenia</w:t>
            </w:r>
          </w:p>
        </w:tc>
        <w:tc>
          <w:tcPr>
            <w:tcW w:w="3018" w:type="dxa"/>
          </w:tcPr>
          <w:p w14:paraId="448558C3" w14:textId="77777777" w:rsidR="005B1675" w:rsidRPr="00C62D5B" w:rsidRDefault="00000000">
            <w:r w:rsidRPr="00C62D5B">
              <w:t>Adres zamieszkania</w:t>
            </w:r>
          </w:p>
        </w:tc>
        <w:tc>
          <w:tcPr>
            <w:tcW w:w="1869" w:type="dxa"/>
          </w:tcPr>
          <w:p w14:paraId="4AAB0835" w14:textId="77777777" w:rsidR="005B1675" w:rsidRPr="00C62D5B" w:rsidRDefault="00000000">
            <w:r w:rsidRPr="00C62D5B">
              <w:t>Telefon kontaktowy</w:t>
            </w:r>
          </w:p>
        </w:tc>
      </w:tr>
      <w:tr w:rsidR="00C62D5B" w:rsidRPr="00C62D5B" w14:paraId="45F36DE2" w14:textId="77777777" w:rsidTr="00D81611">
        <w:tc>
          <w:tcPr>
            <w:tcW w:w="2160" w:type="dxa"/>
          </w:tcPr>
          <w:p w14:paraId="2AE116A1" w14:textId="77777777" w:rsidR="005B1675" w:rsidRPr="00C62D5B" w:rsidRDefault="005B1675"/>
          <w:p w14:paraId="18DBDADD" w14:textId="77777777" w:rsidR="00C62D5B" w:rsidRDefault="00C62D5B"/>
          <w:p w14:paraId="63C0BF19" w14:textId="77777777" w:rsidR="00C62D5B" w:rsidRPr="00C62D5B" w:rsidRDefault="00C62D5B"/>
        </w:tc>
        <w:tc>
          <w:tcPr>
            <w:tcW w:w="2160" w:type="dxa"/>
          </w:tcPr>
          <w:p w14:paraId="74700A4E" w14:textId="77777777" w:rsidR="005B1675" w:rsidRPr="00C62D5B" w:rsidRDefault="005B1675"/>
        </w:tc>
        <w:tc>
          <w:tcPr>
            <w:tcW w:w="3018" w:type="dxa"/>
          </w:tcPr>
          <w:p w14:paraId="09484594" w14:textId="77777777" w:rsidR="005B1675" w:rsidRPr="00C62D5B" w:rsidRDefault="005B1675"/>
        </w:tc>
        <w:tc>
          <w:tcPr>
            <w:tcW w:w="1869" w:type="dxa"/>
          </w:tcPr>
          <w:p w14:paraId="34A20054" w14:textId="77777777" w:rsidR="005B1675" w:rsidRPr="00C62D5B" w:rsidRDefault="005B1675"/>
        </w:tc>
      </w:tr>
    </w:tbl>
    <w:p w14:paraId="26CB4900" w14:textId="29014F5A" w:rsidR="005B1675" w:rsidRDefault="003A3AC4">
      <w:pPr>
        <w:pStyle w:val="Nagwek2"/>
        <w:rPr>
          <w:color w:val="auto"/>
        </w:rPr>
      </w:pPr>
      <w:r>
        <w:rPr>
          <w:color w:val="auto"/>
        </w:rPr>
        <w:t>3</w:t>
      </w:r>
      <w:r w:rsidR="00000000" w:rsidRPr="00C62D5B">
        <w:rPr>
          <w:color w:val="auto"/>
        </w:rPr>
        <w:t xml:space="preserve">. </w:t>
      </w:r>
      <w:proofErr w:type="spellStart"/>
      <w:r w:rsidR="00C62D5B">
        <w:rPr>
          <w:color w:val="auto"/>
        </w:rPr>
        <w:t>Stopień</w:t>
      </w:r>
      <w:proofErr w:type="spellEnd"/>
      <w:r w:rsidR="00000000" w:rsidRPr="00C62D5B">
        <w:rPr>
          <w:color w:val="auto"/>
        </w:rPr>
        <w:t xml:space="preserve"> </w:t>
      </w:r>
      <w:proofErr w:type="spellStart"/>
      <w:r w:rsidR="00000000" w:rsidRPr="00C62D5B">
        <w:rPr>
          <w:color w:val="auto"/>
        </w:rPr>
        <w:t>niepełnosprawności</w:t>
      </w:r>
      <w:proofErr w:type="spellEnd"/>
      <w:r w:rsidR="00C62D5B">
        <w:rPr>
          <w:color w:val="auto"/>
        </w:rPr>
        <w:t>:</w:t>
      </w:r>
    </w:p>
    <w:p w14:paraId="7F727FBA" w14:textId="77777777" w:rsidR="00C62D5B" w:rsidRDefault="00C62D5B" w:rsidP="00C62D5B">
      <w:pPr>
        <w:spacing w:after="0"/>
        <w:rPr>
          <w:lang w:val="pl-PL"/>
        </w:rPr>
      </w:pPr>
      <w:r w:rsidRPr="00C62D5B">
        <w:rPr>
          <w:rFonts w:ascii="Segoe UI Symbol" w:hAnsi="Segoe UI Symbol" w:cs="Segoe UI Symbol"/>
          <w:lang w:val="pl-PL"/>
        </w:rPr>
        <w:t>☐</w:t>
      </w:r>
      <w:r w:rsidRPr="00C62D5B">
        <w:rPr>
          <w:lang w:val="pl-PL"/>
        </w:rPr>
        <w:t xml:space="preserve"> znaczny</w:t>
      </w:r>
      <w:r w:rsidRPr="00C62D5B">
        <w:rPr>
          <w:lang w:val="pl-PL"/>
        </w:rPr>
        <w:t> </w:t>
      </w:r>
    </w:p>
    <w:p w14:paraId="74C3EB77" w14:textId="7CA1EA45" w:rsidR="00C62D5B" w:rsidRDefault="00C62D5B" w:rsidP="00C62D5B">
      <w:pPr>
        <w:spacing w:after="0"/>
        <w:rPr>
          <w:lang w:val="pl-PL"/>
        </w:rPr>
      </w:pPr>
      <w:r w:rsidRPr="00C62D5B">
        <w:rPr>
          <w:rFonts w:ascii="Segoe UI Symbol" w:hAnsi="Segoe UI Symbol" w:cs="Segoe UI Symbol"/>
          <w:lang w:val="pl-PL"/>
        </w:rPr>
        <w:t>☐</w:t>
      </w:r>
      <w:r w:rsidRPr="00C62D5B">
        <w:rPr>
          <w:lang w:val="pl-PL"/>
        </w:rPr>
        <w:t xml:space="preserve"> orzeczenie dziecka 2–16 lat</w:t>
      </w:r>
      <w:r w:rsidRPr="00C62D5B">
        <w:rPr>
          <w:lang w:val="pl-PL"/>
        </w:rPr>
        <w:t> </w:t>
      </w:r>
      <w:r>
        <w:rPr>
          <w:lang w:val="pl-PL"/>
        </w:rPr>
        <w:t>( pkt 7 i 8 orzeczenia)</w:t>
      </w:r>
    </w:p>
    <w:p w14:paraId="17885853" w14:textId="4A90CC8D" w:rsidR="00C62D5B" w:rsidRPr="00C62D5B" w:rsidRDefault="00C62D5B" w:rsidP="00C62D5B">
      <w:pPr>
        <w:spacing w:after="0"/>
        <w:rPr>
          <w:lang w:val="pl-PL"/>
        </w:rPr>
      </w:pPr>
      <w:r w:rsidRPr="00C62D5B">
        <w:rPr>
          <w:rFonts w:ascii="Segoe UI Symbol" w:hAnsi="Segoe UI Symbol" w:cs="Segoe UI Symbol"/>
          <w:lang w:val="pl-PL"/>
        </w:rPr>
        <w:t>☐</w:t>
      </w:r>
      <w:r w:rsidRPr="00C62D5B">
        <w:rPr>
          <w:lang w:val="pl-PL"/>
        </w:rPr>
        <w:t xml:space="preserve"> inn</w:t>
      </w:r>
      <w:r w:rsidR="00D81611">
        <w:rPr>
          <w:lang w:val="pl-PL"/>
        </w:rPr>
        <w:t>y</w:t>
      </w:r>
      <w:r w:rsidRPr="00C62D5B">
        <w:rPr>
          <w:lang w:val="pl-PL"/>
        </w:rPr>
        <w:t>: ______________________</w:t>
      </w:r>
    </w:p>
    <w:p w14:paraId="63A3FB3C" w14:textId="72139504" w:rsidR="00C62D5B" w:rsidRPr="00C62D5B" w:rsidRDefault="003A3AC4" w:rsidP="00C62D5B">
      <w:pPr>
        <w:pStyle w:val="Nagwek2"/>
        <w:rPr>
          <w:color w:val="auto"/>
          <w:lang w:val="pl-PL"/>
        </w:rPr>
      </w:pPr>
      <w:r>
        <w:rPr>
          <w:color w:val="auto"/>
          <w:lang w:val="pl-PL"/>
        </w:rPr>
        <w:t>4</w:t>
      </w:r>
      <w:r w:rsidR="00C62D5B" w:rsidRPr="00C62D5B">
        <w:rPr>
          <w:color w:val="auto"/>
          <w:lang w:val="pl-PL"/>
        </w:rPr>
        <w:t xml:space="preserve">. </w:t>
      </w:r>
      <w:r w:rsidR="00C62D5B">
        <w:rPr>
          <w:color w:val="auto"/>
          <w:lang w:val="pl-PL"/>
        </w:rPr>
        <w:t>Rodzaj niepełnosprawności :</w:t>
      </w:r>
    </w:p>
    <w:p w14:paraId="5FBC4CEE" w14:textId="646ADE4C" w:rsidR="005B1675" w:rsidRDefault="00C62D5B">
      <w:pPr>
        <w:rPr>
          <w:lang w:val="pl-PL"/>
        </w:rPr>
      </w:pPr>
      <w:r w:rsidRPr="00C62D5B">
        <w:rPr>
          <w:rFonts w:ascii="Segoe UI Symbol" w:hAnsi="Segoe UI Symbol" w:cs="Segoe UI Symbol"/>
          <w:lang w:val="pl-PL"/>
        </w:rPr>
        <w:t xml:space="preserve">☐  </w:t>
      </w:r>
      <w:r w:rsidR="00000000" w:rsidRPr="00C62D5B">
        <w:rPr>
          <w:lang w:val="pl-PL"/>
        </w:rPr>
        <w:t>Fizyczna</w:t>
      </w:r>
      <w:r w:rsidR="00000000" w:rsidRPr="00C62D5B">
        <w:rPr>
          <w:lang w:val="pl-PL"/>
        </w:rPr>
        <w:br/>
      </w:r>
      <w:r w:rsidRPr="00C62D5B">
        <w:rPr>
          <w:rFonts w:ascii="Segoe UI Symbol" w:hAnsi="Segoe UI Symbol" w:cs="Segoe UI Symbol"/>
          <w:lang w:val="pl-PL"/>
        </w:rPr>
        <w:t xml:space="preserve">☐  </w:t>
      </w:r>
      <w:r w:rsidR="00000000" w:rsidRPr="00C62D5B">
        <w:rPr>
          <w:lang w:val="pl-PL"/>
        </w:rPr>
        <w:t>Psychiczna</w:t>
      </w:r>
      <w:r w:rsidR="00000000" w:rsidRPr="00C62D5B">
        <w:rPr>
          <w:lang w:val="pl-PL"/>
        </w:rPr>
        <w:br/>
      </w:r>
      <w:r w:rsidRPr="00C62D5B">
        <w:rPr>
          <w:rFonts w:ascii="Segoe UI Symbol" w:hAnsi="Segoe UI Symbol" w:cs="Segoe UI Symbol"/>
          <w:lang w:val="pl-PL"/>
        </w:rPr>
        <w:t xml:space="preserve">☐  </w:t>
      </w:r>
      <w:r w:rsidR="00000000" w:rsidRPr="00C62D5B">
        <w:rPr>
          <w:lang w:val="pl-PL"/>
        </w:rPr>
        <w:t>Intelektualna</w:t>
      </w:r>
      <w:r w:rsidR="00000000" w:rsidRPr="00C62D5B">
        <w:rPr>
          <w:lang w:val="pl-PL"/>
        </w:rPr>
        <w:br/>
      </w:r>
      <w:r w:rsidRPr="00C62D5B">
        <w:rPr>
          <w:rFonts w:ascii="Segoe UI Symbol" w:hAnsi="Segoe UI Symbol" w:cs="Segoe UI Symbol"/>
          <w:lang w:val="pl-PL"/>
        </w:rPr>
        <w:t xml:space="preserve">☐ </w:t>
      </w:r>
      <w:r w:rsidR="00000000" w:rsidRPr="00C62D5B">
        <w:rPr>
          <w:lang w:val="pl-PL"/>
        </w:rPr>
        <w:t>Inna: ___________________________</w:t>
      </w:r>
    </w:p>
    <w:p w14:paraId="6BDF836A" w14:textId="77777777" w:rsidR="00B82610" w:rsidRPr="00C62D5B" w:rsidRDefault="00B82610">
      <w:pPr>
        <w:rPr>
          <w:lang w:val="pl-PL"/>
        </w:rPr>
      </w:pPr>
    </w:p>
    <w:p w14:paraId="55E02EAF" w14:textId="5C00506E" w:rsidR="005B1675" w:rsidRPr="00C62D5B" w:rsidRDefault="003A3AC4" w:rsidP="003A3AC4">
      <w:pPr>
        <w:pStyle w:val="Nagwek2"/>
        <w:rPr>
          <w:color w:val="auto"/>
          <w:lang w:val="pl-PL"/>
        </w:rPr>
      </w:pPr>
      <w:r>
        <w:rPr>
          <w:color w:val="auto"/>
          <w:lang w:val="pl-PL"/>
        </w:rPr>
        <w:lastRenderedPageBreak/>
        <w:t>5</w:t>
      </w:r>
      <w:r w:rsidR="00000000" w:rsidRPr="00C62D5B">
        <w:rPr>
          <w:color w:val="auto"/>
          <w:lang w:val="pl-PL"/>
        </w:rPr>
        <w:t>.</w:t>
      </w:r>
      <w:r>
        <w:rPr>
          <w:color w:val="auto"/>
          <w:lang w:val="pl-PL"/>
        </w:rPr>
        <w:t xml:space="preserve"> </w:t>
      </w:r>
      <w:r w:rsidR="00000000" w:rsidRPr="00C62D5B">
        <w:rPr>
          <w:color w:val="auto"/>
          <w:lang w:val="pl-PL"/>
        </w:rPr>
        <w:t xml:space="preserve"> </w:t>
      </w:r>
      <w:r>
        <w:rPr>
          <w:color w:val="auto"/>
          <w:lang w:val="pl-PL"/>
        </w:rPr>
        <w:t>F</w:t>
      </w:r>
      <w:r w:rsidRPr="003A3AC4">
        <w:rPr>
          <w:color w:val="auto"/>
          <w:lang w:val="pl-PL"/>
        </w:rPr>
        <w:t>orma świadczenia usług opieki wytchnieniowej</w:t>
      </w:r>
      <w:r>
        <w:rPr>
          <w:color w:val="auto"/>
          <w:lang w:val="pl-PL"/>
        </w:rPr>
        <w:t xml:space="preserve">: </w:t>
      </w:r>
    </w:p>
    <w:p w14:paraId="63532CB1" w14:textId="77777777" w:rsidR="004A7B8E" w:rsidRDefault="00C62D5B" w:rsidP="00C62D5B">
      <w:pPr>
        <w:spacing w:after="0"/>
        <w:rPr>
          <w:lang w:val="pl-PL"/>
        </w:rPr>
      </w:pPr>
      <w:r w:rsidRPr="00C62D5B">
        <w:rPr>
          <w:rFonts w:ascii="Segoe UI Symbol" w:hAnsi="Segoe UI Symbol" w:cs="Segoe UI Symbol"/>
          <w:lang w:val="pl-PL"/>
        </w:rPr>
        <w:t>☐</w:t>
      </w:r>
      <w:r w:rsidRPr="00C62D5B">
        <w:rPr>
          <w:lang w:val="pl-PL"/>
        </w:rPr>
        <w:t xml:space="preserve"> </w:t>
      </w:r>
      <w:r w:rsidR="003A3AC4">
        <w:rPr>
          <w:lang w:val="pl-PL"/>
        </w:rPr>
        <w:t>dzienna</w:t>
      </w:r>
      <w:r w:rsidR="004A7B8E">
        <w:rPr>
          <w:lang w:val="pl-PL"/>
        </w:rPr>
        <w:t xml:space="preserve">  w wymiarze  (</w:t>
      </w:r>
      <w:r w:rsidR="004A7B8E" w:rsidRPr="00C62D5B">
        <w:rPr>
          <w:lang w:val="pl-PL"/>
        </w:rPr>
        <w:t>dni i godziny, w których potrzebna jest pomoc</w:t>
      </w:r>
      <w:r w:rsidR="004A7B8E">
        <w:rPr>
          <w:lang w:val="pl-PL"/>
        </w:rPr>
        <w:t>) ……..…………………………………………………………………………………………… ……………………………… …….………………………………………………………………………………………………………………………………</w:t>
      </w:r>
    </w:p>
    <w:p w14:paraId="099E18FE" w14:textId="14E3A9E9" w:rsidR="00C62D5B" w:rsidRPr="00C62D5B" w:rsidRDefault="004A7B8E" w:rsidP="00C62D5B">
      <w:pPr>
        <w:spacing w:after="0"/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</w:t>
      </w:r>
    </w:p>
    <w:p w14:paraId="00A5D37B" w14:textId="4CD36231" w:rsidR="004A7B8E" w:rsidRDefault="00C62D5B" w:rsidP="00C62D5B">
      <w:pPr>
        <w:spacing w:after="0"/>
        <w:rPr>
          <w:lang w:val="pl-PL"/>
        </w:rPr>
      </w:pPr>
      <w:r w:rsidRPr="00C62D5B">
        <w:rPr>
          <w:rFonts w:ascii="Segoe UI Symbol" w:hAnsi="Segoe UI Symbol" w:cs="Segoe UI Symbol"/>
          <w:lang w:val="pl-PL"/>
        </w:rPr>
        <w:t>☐</w:t>
      </w:r>
      <w:r w:rsidRPr="00C62D5B">
        <w:rPr>
          <w:lang w:val="pl-PL"/>
        </w:rPr>
        <w:t xml:space="preserve"> </w:t>
      </w:r>
      <w:r w:rsidR="004A7B8E">
        <w:rPr>
          <w:lang w:val="pl-PL"/>
        </w:rPr>
        <w:t xml:space="preserve">całodobowa w Ośrodku ( </w:t>
      </w:r>
      <w:r w:rsidR="00B82610">
        <w:rPr>
          <w:lang w:val="pl-PL"/>
        </w:rPr>
        <w:t>nazwa i adres preferowanego Ośrodka</w:t>
      </w:r>
      <w:r w:rsidR="004A7B8E">
        <w:rPr>
          <w:lang w:val="pl-PL"/>
        </w:rPr>
        <w:t>)</w:t>
      </w:r>
      <w:r w:rsidR="00B82610">
        <w:rPr>
          <w:lang w:val="pl-PL"/>
        </w:rPr>
        <w:t>……..</w:t>
      </w:r>
      <w:r w:rsidR="004A7B8E">
        <w:rPr>
          <w:lang w:val="pl-PL"/>
        </w:rPr>
        <w:t>………………………</w:t>
      </w:r>
    </w:p>
    <w:p w14:paraId="3FCFE784" w14:textId="77777777" w:rsidR="004A7B8E" w:rsidRDefault="004A7B8E" w:rsidP="00C62D5B">
      <w:pPr>
        <w:spacing w:after="0"/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…………………………………………………………………………………………………………………………………….</w:t>
      </w:r>
    </w:p>
    <w:p w14:paraId="146BE2D1" w14:textId="496EBDE0" w:rsidR="005B1675" w:rsidRPr="00C62D5B" w:rsidRDefault="004A7B8E" w:rsidP="004A7B8E">
      <w:pPr>
        <w:spacing w:after="0"/>
        <w:rPr>
          <w:lang w:val="pl-PL"/>
        </w:rPr>
      </w:pPr>
      <w:r>
        <w:rPr>
          <w:lang w:val="pl-PL"/>
        </w:rPr>
        <w:t xml:space="preserve">………………………………………………………………………………………………………………………………….… </w:t>
      </w:r>
      <w:r w:rsidR="00B82610">
        <w:rPr>
          <w:lang w:val="pl-PL"/>
        </w:rPr>
        <w:t>……………………………………………………………………………………………………………………………………..</w:t>
      </w:r>
    </w:p>
    <w:p w14:paraId="5B541C1A" w14:textId="77777777" w:rsidR="005B1675" w:rsidRPr="00C62D5B" w:rsidRDefault="005B1675">
      <w:pPr>
        <w:rPr>
          <w:lang w:val="pl-PL"/>
        </w:rPr>
      </w:pPr>
    </w:p>
    <w:p w14:paraId="1CC9F271" w14:textId="77777777" w:rsidR="005B1675" w:rsidRPr="00C62D5B" w:rsidRDefault="00000000">
      <w:pPr>
        <w:pStyle w:val="Nagwek2"/>
        <w:rPr>
          <w:color w:val="auto"/>
          <w:lang w:val="pl-PL"/>
        </w:rPr>
      </w:pPr>
      <w:r w:rsidRPr="00C62D5B">
        <w:rPr>
          <w:color w:val="auto"/>
          <w:lang w:val="pl-PL"/>
        </w:rPr>
        <w:t>6. Oświadczenia</w:t>
      </w:r>
    </w:p>
    <w:p w14:paraId="0A6688C9" w14:textId="787DAA14" w:rsidR="005B1675" w:rsidRPr="00C62D5B" w:rsidRDefault="00000000">
      <w:pPr>
        <w:rPr>
          <w:lang w:val="pl-PL"/>
        </w:rPr>
      </w:pPr>
      <w:r w:rsidRPr="00C62D5B">
        <w:rPr>
          <w:lang w:val="pl-PL"/>
        </w:rPr>
        <w:t>- Wyrażam zgodę na przetwarzanie moich danych osobowych w zakresie niezbędnym do przeprowadzenia wstępnego naboru w Programie „</w:t>
      </w:r>
      <w:r w:rsidR="004A7B8E">
        <w:rPr>
          <w:lang w:val="pl-PL"/>
        </w:rPr>
        <w:t>Opieka wytchnieniowa</w:t>
      </w:r>
      <w:r w:rsidRPr="00C62D5B">
        <w:rPr>
          <w:lang w:val="pl-PL"/>
        </w:rPr>
        <w:t>”.</w:t>
      </w:r>
      <w:r w:rsidRPr="00C62D5B">
        <w:rPr>
          <w:lang w:val="pl-PL"/>
        </w:rPr>
        <w:br/>
        <w:t>- Zostałem/</w:t>
      </w:r>
      <w:proofErr w:type="spellStart"/>
      <w:r w:rsidRPr="00C62D5B">
        <w:rPr>
          <w:lang w:val="pl-PL"/>
        </w:rPr>
        <w:t>am</w:t>
      </w:r>
      <w:proofErr w:type="spellEnd"/>
      <w:r w:rsidRPr="00C62D5B">
        <w:rPr>
          <w:lang w:val="pl-PL"/>
        </w:rPr>
        <w:t xml:space="preserve"> poinformowany/a, że złożenie deklaracji nie gwarantuje udziału w Programie.</w:t>
      </w:r>
    </w:p>
    <w:p w14:paraId="1DBD28F4" w14:textId="77777777" w:rsidR="00C62D5B" w:rsidRDefault="00C62D5B">
      <w:pPr>
        <w:rPr>
          <w:lang w:val="pl-PL"/>
        </w:rPr>
      </w:pPr>
    </w:p>
    <w:p w14:paraId="1A9A2F2F" w14:textId="32B9D214" w:rsidR="005B1675" w:rsidRPr="00C62D5B" w:rsidRDefault="00000000">
      <w:pPr>
        <w:rPr>
          <w:lang w:val="pl-PL"/>
        </w:rPr>
      </w:pPr>
      <w:r w:rsidRPr="00C62D5B">
        <w:rPr>
          <w:lang w:val="pl-PL"/>
        </w:rPr>
        <w:br/>
        <w:t>Data i podpis osoby składającej deklarację: ______________________</w:t>
      </w:r>
    </w:p>
    <w:sectPr w:rsidR="005B1675" w:rsidRPr="00C62D5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37A2A0D"/>
    <w:multiLevelType w:val="hybridMultilevel"/>
    <w:tmpl w:val="22185EAA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027754428">
    <w:abstractNumId w:val="8"/>
  </w:num>
  <w:num w:numId="2" w16cid:durableId="2062560140">
    <w:abstractNumId w:val="6"/>
  </w:num>
  <w:num w:numId="3" w16cid:durableId="680471438">
    <w:abstractNumId w:val="5"/>
  </w:num>
  <w:num w:numId="4" w16cid:durableId="838733080">
    <w:abstractNumId w:val="4"/>
  </w:num>
  <w:num w:numId="5" w16cid:durableId="272592963">
    <w:abstractNumId w:val="7"/>
  </w:num>
  <w:num w:numId="6" w16cid:durableId="1134522474">
    <w:abstractNumId w:val="3"/>
  </w:num>
  <w:num w:numId="7" w16cid:durableId="253590173">
    <w:abstractNumId w:val="2"/>
  </w:num>
  <w:num w:numId="8" w16cid:durableId="1727601775">
    <w:abstractNumId w:val="1"/>
  </w:num>
  <w:num w:numId="9" w16cid:durableId="1869026318">
    <w:abstractNumId w:val="0"/>
  </w:num>
  <w:num w:numId="10" w16cid:durableId="24087650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A3AC4"/>
    <w:rsid w:val="004A7B8E"/>
    <w:rsid w:val="004D01D5"/>
    <w:rsid w:val="005B1675"/>
    <w:rsid w:val="00A23DD7"/>
    <w:rsid w:val="00AA1D8D"/>
    <w:rsid w:val="00B47730"/>
    <w:rsid w:val="00B82610"/>
    <w:rsid w:val="00C62D5B"/>
    <w:rsid w:val="00CB0664"/>
    <w:rsid w:val="00D81611"/>
    <w:rsid w:val="00DA2C4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19E9B6"/>
  <w14:defaultImageDpi w14:val="300"/>
  <w15:docId w15:val="{4E46C7AF-7582-4166-A386-90E79D7DC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236</Words>
  <Characters>1420</Characters>
  <Application>Microsoft Office Word</Application>
  <DocSecurity>0</DocSecurity>
  <Lines>11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Użytkownik</cp:lastModifiedBy>
  <cp:revision>6</cp:revision>
  <dcterms:created xsi:type="dcterms:W3CDTF">2013-12-23T23:15:00Z</dcterms:created>
  <dcterms:modified xsi:type="dcterms:W3CDTF">2025-10-13T11:40:00Z</dcterms:modified>
  <cp:category/>
</cp:coreProperties>
</file>